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22607" w14:textId="41669A4A" w:rsidR="003C1143" w:rsidRPr="00A83F80" w:rsidRDefault="00000000">
      <w:pPr>
        <w:jc w:val="center"/>
        <w:rPr>
          <w:bCs/>
        </w:rPr>
      </w:pPr>
      <w:r w:rsidRPr="00CD19BA">
        <w:rPr>
          <w:b/>
          <w:sz w:val="36"/>
        </w:rPr>
        <w:t>КУРАТОРСЬКІ ГОДИНИ</w:t>
      </w:r>
      <w:r w:rsidRPr="00CD19BA">
        <w:rPr>
          <w:b/>
          <w:sz w:val="36"/>
        </w:rPr>
        <w:br/>
      </w:r>
      <w:r w:rsidRPr="00CD19BA">
        <w:rPr>
          <w:b/>
          <w:sz w:val="28"/>
        </w:rPr>
        <w:t xml:space="preserve">у системі виховної роботи </w:t>
      </w:r>
      <w:r w:rsidR="00D738FB" w:rsidRPr="00CD19BA">
        <w:rPr>
          <w:b/>
          <w:sz w:val="28"/>
        </w:rPr>
        <w:t>СНУ ім. В. Даля</w:t>
      </w:r>
      <w:r w:rsidRPr="00CD19BA">
        <w:rPr>
          <w:b/>
          <w:sz w:val="28"/>
        </w:rPr>
        <w:br/>
      </w:r>
      <w:r w:rsidRPr="00A83F80">
        <w:rPr>
          <w:bCs/>
          <w:sz w:val="28"/>
        </w:rPr>
        <w:t>2023–2026</w:t>
      </w:r>
      <w:r w:rsidR="00D738FB" w:rsidRPr="00A83F80">
        <w:rPr>
          <w:bCs/>
          <w:sz w:val="28"/>
        </w:rPr>
        <w:t xml:space="preserve"> навчальні</w:t>
      </w:r>
      <w:r w:rsidRPr="00A83F80">
        <w:rPr>
          <w:bCs/>
          <w:sz w:val="28"/>
        </w:rPr>
        <w:t xml:space="preserve"> роки</w:t>
      </w:r>
    </w:p>
    <w:p w14:paraId="55E766D3" w14:textId="77777777" w:rsidR="003C1143" w:rsidRPr="000978B9" w:rsidRDefault="00000000" w:rsidP="000978B9">
      <w:pPr>
        <w:rPr>
          <w:rFonts w:cs="Times New Roman"/>
          <w:b/>
          <w:bCs/>
          <w:szCs w:val="24"/>
        </w:rPr>
      </w:pPr>
      <w:r w:rsidRPr="000978B9">
        <w:rPr>
          <w:rFonts w:cs="Times New Roman"/>
          <w:b/>
          <w:bCs/>
          <w:szCs w:val="24"/>
        </w:rPr>
        <w:t>1. Вступ</w:t>
      </w:r>
    </w:p>
    <w:p w14:paraId="30E737F9" w14:textId="34CC4D30" w:rsidR="00D738FB" w:rsidRPr="000978B9" w:rsidRDefault="000978B9" w:rsidP="000978B9">
      <w:pPr>
        <w:spacing w:after="0"/>
        <w:jc w:val="both"/>
        <w:rPr>
          <w:rFonts w:cs="Times New Roman"/>
          <w:szCs w:val="24"/>
        </w:rPr>
      </w:pPr>
      <w:r>
        <w:rPr>
          <w:rFonts w:cs="Times New Roman"/>
          <w:szCs w:val="24"/>
        </w:rPr>
        <w:t xml:space="preserve">     </w:t>
      </w:r>
      <w:r w:rsidR="00D738FB" w:rsidRPr="000978B9">
        <w:rPr>
          <w:rFonts w:cs="Times New Roman"/>
          <w:szCs w:val="24"/>
        </w:rPr>
        <w:t>Кураторські години є важливою частиною студентського життя та одним із напрямів виховної роботи університету. Це простір для відкритого діалогу, обговорення актуальних питань, професійного й особистісного розвитку, формування громадянської позиції та підтримки студентської молоді.</w:t>
      </w:r>
    </w:p>
    <w:p w14:paraId="315B0F91" w14:textId="37E658C3" w:rsidR="00D738FB" w:rsidRDefault="000978B9" w:rsidP="000978B9">
      <w:pPr>
        <w:spacing w:after="0"/>
        <w:jc w:val="both"/>
        <w:rPr>
          <w:rFonts w:cs="Times New Roman"/>
          <w:szCs w:val="24"/>
        </w:rPr>
      </w:pPr>
      <w:r>
        <w:rPr>
          <w:rFonts w:cs="Times New Roman"/>
          <w:szCs w:val="24"/>
        </w:rPr>
        <w:t xml:space="preserve">     </w:t>
      </w:r>
      <w:r w:rsidR="00D738FB" w:rsidRPr="000978B9">
        <w:rPr>
          <w:rFonts w:cs="Times New Roman"/>
          <w:szCs w:val="24"/>
        </w:rPr>
        <w:t>Упродовж 2023–2026 років у межах кураторської роботи було проведено цикл тематичних зустрічей за участю кураторів академічних груп, викладачів, фахівців університету та запрошених спікерів. Тематика заходів охоплювала питання національно-патріотичного виховання, безпеки, психологічної підтримки, академічної доброчесності, професійного розвитку, здорового способу життя, волонтерства, громадянської відповідальності та студентського самоврядування.</w:t>
      </w:r>
    </w:p>
    <w:p w14:paraId="6F3B6117" w14:textId="77777777" w:rsidR="00A83F80" w:rsidRPr="000978B9" w:rsidRDefault="00A83F80" w:rsidP="000978B9">
      <w:pPr>
        <w:spacing w:after="0"/>
        <w:jc w:val="both"/>
        <w:rPr>
          <w:rFonts w:cs="Times New Roman"/>
          <w:szCs w:val="24"/>
        </w:rPr>
      </w:pPr>
    </w:p>
    <w:p w14:paraId="2450C8EE" w14:textId="77777777" w:rsidR="003C1143" w:rsidRPr="000978B9" w:rsidRDefault="00000000" w:rsidP="000978B9">
      <w:pPr>
        <w:rPr>
          <w:rFonts w:cs="Times New Roman"/>
          <w:b/>
          <w:bCs/>
          <w:szCs w:val="24"/>
        </w:rPr>
      </w:pPr>
      <w:r w:rsidRPr="000978B9">
        <w:rPr>
          <w:rFonts w:cs="Times New Roman"/>
          <w:b/>
          <w:bCs/>
          <w:szCs w:val="24"/>
        </w:rPr>
        <w:t>2. Основні показники</w:t>
      </w:r>
    </w:p>
    <w:tbl>
      <w:tblPr>
        <w:tblStyle w:val="aff2"/>
        <w:tblW w:w="0" w:type="auto"/>
        <w:jc w:val="center"/>
        <w:tblLook w:val="04A0" w:firstRow="1" w:lastRow="0" w:firstColumn="1" w:lastColumn="0" w:noHBand="0" w:noVBand="1"/>
      </w:tblPr>
      <w:tblGrid>
        <w:gridCol w:w="5954"/>
        <w:gridCol w:w="3452"/>
      </w:tblGrid>
      <w:tr w:rsidR="003C1143" w:rsidRPr="000978B9" w14:paraId="33CB70B0" w14:textId="77777777" w:rsidTr="00D5165D">
        <w:trPr>
          <w:jc w:val="center"/>
        </w:trPr>
        <w:tc>
          <w:tcPr>
            <w:tcW w:w="5954" w:type="dxa"/>
            <w:vAlign w:val="center"/>
          </w:tcPr>
          <w:p w14:paraId="4A3923D5" w14:textId="77777777" w:rsidR="003C1143" w:rsidRPr="000978B9" w:rsidRDefault="00000000" w:rsidP="000978B9">
            <w:pPr>
              <w:jc w:val="center"/>
              <w:rPr>
                <w:rFonts w:cs="Times New Roman"/>
                <w:b/>
                <w:bCs/>
                <w:szCs w:val="24"/>
              </w:rPr>
            </w:pPr>
            <w:r w:rsidRPr="000978B9">
              <w:rPr>
                <w:rFonts w:cs="Times New Roman"/>
                <w:b/>
                <w:bCs/>
                <w:szCs w:val="24"/>
              </w:rPr>
              <w:t>Показник</w:t>
            </w:r>
          </w:p>
        </w:tc>
        <w:tc>
          <w:tcPr>
            <w:tcW w:w="3452" w:type="dxa"/>
            <w:vAlign w:val="center"/>
          </w:tcPr>
          <w:p w14:paraId="0D208643" w14:textId="77777777" w:rsidR="003C1143" w:rsidRPr="000978B9" w:rsidRDefault="00000000" w:rsidP="000978B9">
            <w:pPr>
              <w:jc w:val="center"/>
              <w:rPr>
                <w:rFonts w:cs="Times New Roman"/>
                <w:b/>
                <w:bCs/>
                <w:szCs w:val="24"/>
              </w:rPr>
            </w:pPr>
            <w:r w:rsidRPr="000978B9">
              <w:rPr>
                <w:rFonts w:cs="Times New Roman"/>
                <w:b/>
                <w:bCs/>
                <w:szCs w:val="24"/>
              </w:rPr>
              <w:t>Дані</w:t>
            </w:r>
          </w:p>
        </w:tc>
      </w:tr>
      <w:tr w:rsidR="003C1143" w:rsidRPr="000978B9" w14:paraId="4504FBDD" w14:textId="77777777" w:rsidTr="00D5165D">
        <w:trPr>
          <w:jc w:val="center"/>
        </w:trPr>
        <w:tc>
          <w:tcPr>
            <w:tcW w:w="5954" w:type="dxa"/>
            <w:vAlign w:val="center"/>
          </w:tcPr>
          <w:p w14:paraId="1EAEDA32" w14:textId="77777777" w:rsidR="003C1143" w:rsidRPr="000978B9" w:rsidRDefault="00000000" w:rsidP="000978B9">
            <w:pPr>
              <w:rPr>
                <w:rFonts w:cs="Times New Roman"/>
                <w:szCs w:val="24"/>
              </w:rPr>
            </w:pPr>
            <w:r w:rsidRPr="000978B9">
              <w:rPr>
                <w:rFonts w:cs="Times New Roman"/>
                <w:szCs w:val="24"/>
              </w:rPr>
              <w:t>Кількість проведених кураторських годин</w:t>
            </w:r>
          </w:p>
        </w:tc>
        <w:tc>
          <w:tcPr>
            <w:tcW w:w="3452" w:type="dxa"/>
            <w:vAlign w:val="center"/>
          </w:tcPr>
          <w:p w14:paraId="34F563DE" w14:textId="4EC72344" w:rsidR="003C1143" w:rsidRPr="000978B9" w:rsidRDefault="00D738FB" w:rsidP="000978B9">
            <w:pPr>
              <w:rPr>
                <w:rFonts w:cs="Times New Roman"/>
                <w:szCs w:val="24"/>
              </w:rPr>
            </w:pPr>
            <w:r w:rsidRPr="000978B9">
              <w:rPr>
                <w:rFonts w:cs="Times New Roman"/>
                <w:szCs w:val="24"/>
              </w:rPr>
              <w:t>78</w:t>
            </w:r>
          </w:p>
        </w:tc>
      </w:tr>
      <w:tr w:rsidR="003C1143" w:rsidRPr="000978B9" w14:paraId="522429C5" w14:textId="77777777" w:rsidTr="00D5165D">
        <w:trPr>
          <w:jc w:val="center"/>
        </w:trPr>
        <w:tc>
          <w:tcPr>
            <w:tcW w:w="5954" w:type="dxa"/>
            <w:vAlign w:val="center"/>
          </w:tcPr>
          <w:p w14:paraId="6B3F1A4F" w14:textId="77777777" w:rsidR="003C1143" w:rsidRPr="000978B9" w:rsidRDefault="00000000" w:rsidP="000978B9">
            <w:pPr>
              <w:rPr>
                <w:rFonts w:cs="Times New Roman"/>
                <w:szCs w:val="24"/>
              </w:rPr>
            </w:pPr>
            <w:r w:rsidRPr="000978B9">
              <w:rPr>
                <w:rFonts w:cs="Times New Roman"/>
                <w:szCs w:val="24"/>
              </w:rPr>
              <w:t>Кількість залучених спікерів</w:t>
            </w:r>
          </w:p>
        </w:tc>
        <w:tc>
          <w:tcPr>
            <w:tcW w:w="3452" w:type="dxa"/>
            <w:vAlign w:val="center"/>
          </w:tcPr>
          <w:p w14:paraId="6EE13E69" w14:textId="78D8F361" w:rsidR="003C1143" w:rsidRPr="000978B9" w:rsidRDefault="00D738FB" w:rsidP="000978B9">
            <w:pPr>
              <w:rPr>
                <w:rFonts w:cs="Times New Roman"/>
                <w:szCs w:val="24"/>
              </w:rPr>
            </w:pPr>
            <w:r w:rsidRPr="000978B9">
              <w:rPr>
                <w:rFonts w:cs="Times New Roman"/>
                <w:szCs w:val="24"/>
              </w:rPr>
              <w:t xml:space="preserve">Понад </w:t>
            </w:r>
            <w:r w:rsidR="00D5165D" w:rsidRPr="000978B9">
              <w:rPr>
                <w:rFonts w:cs="Times New Roman"/>
                <w:szCs w:val="24"/>
              </w:rPr>
              <w:t>40</w:t>
            </w:r>
            <w:r w:rsidRPr="000978B9">
              <w:rPr>
                <w:rFonts w:cs="Times New Roman"/>
                <w:szCs w:val="24"/>
              </w:rPr>
              <w:t xml:space="preserve"> осіб</w:t>
            </w:r>
          </w:p>
        </w:tc>
      </w:tr>
      <w:tr w:rsidR="003C1143" w:rsidRPr="000978B9" w14:paraId="5492B6B9" w14:textId="77777777" w:rsidTr="00D5165D">
        <w:trPr>
          <w:jc w:val="center"/>
        </w:trPr>
        <w:tc>
          <w:tcPr>
            <w:tcW w:w="5954" w:type="dxa"/>
            <w:vAlign w:val="center"/>
          </w:tcPr>
          <w:p w14:paraId="50634C7F" w14:textId="77777777" w:rsidR="003C1143" w:rsidRPr="000978B9" w:rsidRDefault="00000000" w:rsidP="000978B9">
            <w:pPr>
              <w:rPr>
                <w:rFonts w:cs="Times New Roman"/>
                <w:szCs w:val="24"/>
              </w:rPr>
            </w:pPr>
            <w:r w:rsidRPr="000978B9">
              <w:rPr>
                <w:rFonts w:cs="Times New Roman"/>
                <w:szCs w:val="24"/>
              </w:rPr>
              <w:t>Кількість тематичних напрямів</w:t>
            </w:r>
          </w:p>
        </w:tc>
        <w:tc>
          <w:tcPr>
            <w:tcW w:w="3452" w:type="dxa"/>
            <w:vAlign w:val="center"/>
          </w:tcPr>
          <w:p w14:paraId="0C7A8D7D" w14:textId="0BF32D82" w:rsidR="003C1143" w:rsidRPr="000978B9" w:rsidRDefault="00D738FB" w:rsidP="000978B9">
            <w:pPr>
              <w:rPr>
                <w:rFonts w:cs="Times New Roman"/>
                <w:szCs w:val="24"/>
              </w:rPr>
            </w:pPr>
            <w:r w:rsidRPr="000978B9">
              <w:rPr>
                <w:rFonts w:cs="Times New Roman"/>
                <w:szCs w:val="24"/>
              </w:rPr>
              <w:t>51</w:t>
            </w:r>
          </w:p>
        </w:tc>
      </w:tr>
      <w:tr w:rsidR="003C1143" w:rsidRPr="000978B9" w14:paraId="2152E32F" w14:textId="77777777" w:rsidTr="00D5165D">
        <w:trPr>
          <w:jc w:val="center"/>
        </w:trPr>
        <w:tc>
          <w:tcPr>
            <w:tcW w:w="5954" w:type="dxa"/>
            <w:vAlign w:val="center"/>
          </w:tcPr>
          <w:p w14:paraId="1B78A788" w14:textId="77777777" w:rsidR="003C1143" w:rsidRPr="000978B9" w:rsidRDefault="00000000" w:rsidP="000978B9">
            <w:pPr>
              <w:rPr>
                <w:rFonts w:cs="Times New Roman"/>
                <w:szCs w:val="24"/>
              </w:rPr>
            </w:pPr>
            <w:r w:rsidRPr="000978B9">
              <w:rPr>
                <w:rFonts w:cs="Times New Roman"/>
                <w:szCs w:val="24"/>
              </w:rPr>
              <w:t>Період проведення</w:t>
            </w:r>
          </w:p>
        </w:tc>
        <w:tc>
          <w:tcPr>
            <w:tcW w:w="3452" w:type="dxa"/>
            <w:vAlign w:val="center"/>
          </w:tcPr>
          <w:p w14:paraId="7EBFDB74" w14:textId="42EE6E75" w:rsidR="003C1143" w:rsidRPr="000978B9" w:rsidRDefault="00000000" w:rsidP="000978B9">
            <w:pPr>
              <w:rPr>
                <w:rFonts w:cs="Times New Roman"/>
                <w:szCs w:val="24"/>
              </w:rPr>
            </w:pPr>
            <w:r w:rsidRPr="000978B9">
              <w:rPr>
                <w:rFonts w:cs="Times New Roman"/>
                <w:szCs w:val="24"/>
              </w:rPr>
              <w:t xml:space="preserve">2023–2026 </w:t>
            </w:r>
            <w:r w:rsidR="00D5165D" w:rsidRPr="000978B9">
              <w:rPr>
                <w:rFonts w:cs="Times New Roman"/>
                <w:szCs w:val="24"/>
              </w:rPr>
              <w:t xml:space="preserve">навчальні </w:t>
            </w:r>
            <w:r w:rsidRPr="000978B9">
              <w:rPr>
                <w:rFonts w:cs="Times New Roman"/>
                <w:szCs w:val="24"/>
              </w:rPr>
              <w:t>роки</w:t>
            </w:r>
          </w:p>
        </w:tc>
      </w:tr>
    </w:tbl>
    <w:p w14:paraId="69AC2512" w14:textId="77777777" w:rsidR="000978B9" w:rsidRDefault="000978B9" w:rsidP="000978B9">
      <w:pPr>
        <w:rPr>
          <w:rFonts w:cs="Times New Roman"/>
          <w:szCs w:val="24"/>
        </w:rPr>
      </w:pPr>
    </w:p>
    <w:p w14:paraId="03E2473D" w14:textId="5BBC80F5" w:rsidR="003C1143" w:rsidRPr="000978B9" w:rsidRDefault="00000000" w:rsidP="000978B9">
      <w:pPr>
        <w:rPr>
          <w:rFonts w:cs="Times New Roman"/>
          <w:b/>
          <w:bCs/>
          <w:szCs w:val="24"/>
        </w:rPr>
      </w:pPr>
      <w:r w:rsidRPr="000978B9">
        <w:rPr>
          <w:rFonts w:cs="Times New Roman"/>
          <w:b/>
          <w:bCs/>
          <w:szCs w:val="24"/>
        </w:rPr>
        <w:t>3. Тематичні напрями кураторських годин</w:t>
      </w:r>
    </w:p>
    <w:p w14:paraId="1AD39560" w14:textId="77777777" w:rsidR="003C1143" w:rsidRPr="000978B9" w:rsidRDefault="00000000" w:rsidP="000978B9">
      <w:pPr>
        <w:pStyle w:val="ae"/>
        <w:numPr>
          <w:ilvl w:val="0"/>
          <w:numId w:val="11"/>
        </w:numPr>
        <w:rPr>
          <w:rFonts w:cs="Times New Roman"/>
          <w:szCs w:val="24"/>
        </w:rPr>
      </w:pPr>
      <w:r w:rsidRPr="000978B9">
        <w:rPr>
          <w:rFonts w:cs="Times New Roman"/>
          <w:szCs w:val="24"/>
        </w:rPr>
        <w:t>Національно-патріотичне виховання</w:t>
      </w:r>
    </w:p>
    <w:p w14:paraId="42164FC7" w14:textId="77777777" w:rsidR="003C1143" w:rsidRPr="000978B9" w:rsidRDefault="00000000" w:rsidP="000978B9">
      <w:pPr>
        <w:pStyle w:val="ae"/>
        <w:numPr>
          <w:ilvl w:val="0"/>
          <w:numId w:val="11"/>
        </w:numPr>
        <w:rPr>
          <w:rFonts w:cs="Times New Roman"/>
          <w:szCs w:val="24"/>
        </w:rPr>
      </w:pPr>
      <w:r w:rsidRPr="000978B9">
        <w:rPr>
          <w:rFonts w:cs="Times New Roman"/>
          <w:szCs w:val="24"/>
        </w:rPr>
        <w:t>Громадянське та правове виховання</w:t>
      </w:r>
    </w:p>
    <w:p w14:paraId="6CFF5F34" w14:textId="77777777" w:rsidR="003C1143" w:rsidRPr="000978B9" w:rsidRDefault="00000000" w:rsidP="000978B9">
      <w:pPr>
        <w:pStyle w:val="ae"/>
        <w:numPr>
          <w:ilvl w:val="0"/>
          <w:numId w:val="11"/>
        </w:numPr>
        <w:rPr>
          <w:rFonts w:cs="Times New Roman"/>
          <w:szCs w:val="24"/>
        </w:rPr>
      </w:pPr>
      <w:r w:rsidRPr="000978B9">
        <w:rPr>
          <w:rFonts w:cs="Times New Roman"/>
          <w:szCs w:val="24"/>
        </w:rPr>
        <w:t>Психологічна підтримка та ментальне здоров’я</w:t>
      </w:r>
    </w:p>
    <w:p w14:paraId="1BF44CE6" w14:textId="77777777" w:rsidR="003C1143" w:rsidRPr="000978B9" w:rsidRDefault="00000000" w:rsidP="000978B9">
      <w:pPr>
        <w:pStyle w:val="ae"/>
        <w:numPr>
          <w:ilvl w:val="0"/>
          <w:numId w:val="11"/>
        </w:numPr>
        <w:rPr>
          <w:rFonts w:cs="Times New Roman"/>
          <w:szCs w:val="24"/>
        </w:rPr>
      </w:pPr>
      <w:r w:rsidRPr="000978B9">
        <w:rPr>
          <w:rFonts w:cs="Times New Roman"/>
          <w:szCs w:val="24"/>
        </w:rPr>
        <w:t>Безпека та цивільний захист</w:t>
      </w:r>
    </w:p>
    <w:p w14:paraId="0636C28A" w14:textId="77777777" w:rsidR="003C1143" w:rsidRPr="000978B9" w:rsidRDefault="00000000" w:rsidP="000978B9">
      <w:pPr>
        <w:pStyle w:val="ae"/>
        <w:numPr>
          <w:ilvl w:val="0"/>
          <w:numId w:val="11"/>
        </w:numPr>
        <w:rPr>
          <w:rFonts w:cs="Times New Roman"/>
          <w:szCs w:val="24"/>
        </w:rPr>
      </w:pPr>
      <w:r w:rsidRPr="000978B9">
        <w:rPr>
          <w:rFonts w:cs="Times New Roman"/>
          <w:szCs w:val="24"/>
        </w:rPr>
        <w:t>Академічна доброчесність</w:t>
      </w:r>
    </w:p>
    <w:p w14:paraId="7DD1D756" w14:textId="77777777" w:rsidR="003C1143" w:rsidRPr="000978B9" w:rsidRDefault="00000000" w:rsidP="000978B9">
      <w:pPr>
        <w:pStyle w:val="ae"/>
        <w:numPr>
          <w:ilvl w:val="0"/>
          <w:numId w:val="11"/>
        </w:numPr>
        <w:rPr>
          <w:rFonts w:cs="Times New Roman"/>
          <w:szCs w:val="24"/>
        </w:rPr>
      </w:pPr>
      <w:r w:rsidRPr="000978B9">
        <w:rPr>
          <w:rFonts w:cs="Times New Roman"/>
          <w:szCs w:val="24"/>
        </w:rPr>
        <w:t>Професійний розвиток та кар’єра</w:t>
      </w:r>
    </w:p>
    <w:p w14:paraId="763EE8B6" w14:textId="77777777" w:rsidR="003C1143" w:rsidRPr="000978B9" w:rsidRDefault="00000000" w:rsidP="000978B9">
      <w:pPr>
        <w:pStyle w:val="ae"/>
        <w:numPr>
          <w:ilvl w:val="0"/>
          <w:numId w:val="11"/>
        </w:numPr>
        <w:rPr>
          <w:rFonts w:cs="Times New Roman"/>
          <w:szCs w:val="24"/>
        </w:rPr>
      </w:pPr>
      <w:r w:rsidRPr="000978B9">
        <w:rPr>
          <w:rFonts w:cs="Times New Roman"/>
          <w:szCs w:val="24"/>
        </w:rPr>
        <w:t>Здоровий спосіб життя та спорт</w:t>
      </w:r>
    </w:p>
    <w:p w14:paraId="667292AA" w14:textId="77777777" w:rsidR="003C1143" w:rsidRPr="000978B9" w:rsidRDefault="00000000" w:rsidP="000978B9">
      <w:pPr>
        <w:pStyle w:val="ae"/>
        <w:numPr>
          <w:ilvl w:val="0"/>
          <w:numId w:val="11"/>
        </w:numPr>
        <w:rPr>
          <w:rFonts w:cs="Times New Roman"/>
          <w:szCs w:val="24"/>
        </w:rPr>
      </w:pPr>
      <w:r w:rsidRPr="000978B9">
        <w:rPr>
          <w:rFonts w:cs="Times New Roman"/>
          <w:szCs w:val="24"/>
        </w:rPr>
        <w:t>Волонтерство та соціальна відповідальність</w:t>
      </w:r>
    </w:p>
    <w:p w14:paraId="54716A09" w14:textId="77777777" w:rsidR="003C1143" w:rsidRPr="000978B9" w:rsidRDefault="00000000" w:rsidP="000978B9">
      <w:pPr>
        <w:pStyle w:val="ae"/>
        <w:numPr>
          <w:ilvl w:val="0"/>
          <w:numId w:val="11"/>
        </w:numPr>
        <w:rPr>
          <w:rFonts w:cs="Times New Roman"/>
          <w:szCs w:val="24"/>
        </w:rPr>
      </w:pPr>
      <w:r w:rsidRPr="000978B9">
        <w:rPr>
          <w:rFonts w:cs="Times New Roman"/>
          <w:szCs w:val="24"/>
        </w:rPr>
        <w:t>Екологічна культура</w:t>
      </w:r>
    </w:p>
    <w:p w14:paraId="1DFDB2CA" w14:textId="77777777" w:rsidR="003C1143" w:rsidRPr="000978B9" w:rsidRDefault="00000000" w:rsidP="000978B9">
      <w:pPr>
        <w:pStyle w:val="ae"/>
        <w:numPr>
          <w:ilvl w:val="0"/>
          <w:numId w:val="11"/>
        </w:numPr>
        <w:rPr>
          <w:rFonts w:cs="Times New Roman"/>
          <w:szCs w:val="24"/>
        </w:rPr>
      </w:pPr>
      <w:r w:rsidRPr="000978B9">
        <w:rPr>
          <w:rFonts w:cs="Times New Roman"/>
          <w:szCs w:val="24"/>
        </w:rPr>
        <w:t>Адаптація першокурсників та студентське життя</w:t>
      </w:r>
    </w:p>
    <w:p w14:paraId="28C0A8DB" w14:textId="77777777" w:rsidR="003C1143" w:rsidRPr="000978B9" w:rsidRDefault="00000000" w:rsidP="000978B9">
      <w:pPr>
        <w:pStyle w:val="ae"/>
        <w:numPr>
          <w:ilvl w:val="0"/>
          <w:numId w:val="11"/>
        </w:numPr>
        <w:rPr>
          <w:rFonts w:cs="Times New Roman"/>
          <w:szCs w:val="24"/>
        </w:rPr>
      </w:pPr>
      <w:r w:rsidRPr="000978B9">
        <w:rPr>
          <w:rFonts w:cs="Times New Roman"/>
          <w:szCs w:val="24"/>
        </w:rPr>
        <w:t>Культура та мистецтво</w:t>
      </w:r>
    </w:p>
    <w:p w14:paraId="021A9940" w14:textId="77777777" w:rsidR="003C1143" w:rsidRPr="000978B9" w:rsidRDefault="00000000" w:rsidP="000978B9">
      <w:pPr>
        <w:pStyle w:val="ae"/>
        <w:numPr>
          <w:ilvl w:val="0"/>
          <w:numId w:val="11"/>
        </w:numPr>
        <w:rPr>
          <w:rFonts w:cs="Times New Roman"/>
          <w:szCs w:val="24"/>
        </w:rPr>
      </w:pPr>
      <w:r w:rsidRPr="000978B9">
        <w:rPr>
          <w:rFonts w:cs="Times New Roman"/>
          <w:szCs w:val="24"/>
        </w:rPr>
        <w:t>Інші напрями</w:t>
      </w:r>
    </w:p>
    <w:p w14:paraId="5175EEDC" w14:textId="2CF813CC" w:rsidR="003C1143" w:rsidRDefault="003C1143" w:rsidP="000978B9">
      <w:pPr>
        <w:rPr>
          <w:rFonts w:cs="Times New Roman"/>
          <w:szCs w:val="24"/>
        </w:rPr>
      </w:pPr>
    </w:p>
    <w:p w14:paraId="03E32C9C" w14:textId="77777777" w:rsidR="000978B9" w:rsidRPr="000978B9" w:rsidRDefault="000978B9" w:rsidP="000978B9">
      <w:pPr>
        <w:rPr>
          <w:rFonts w:cs="Times New Roman"/>
          <w:szCs w:val="24"/>
        </w:rPr>
      </w:pPr>
    </w:p>
    <w:p w14:paraId="34595A1F" w14:textId="77777777" w:rsidR="003C1143" w:rsidRPr="000978B9" w:rsidRDefault="00000000" w:rsidP="000978B9">
      <w:pPr>
        <w:rPr>
          <w:rFonts w:cs="Times New Roman"/>
          <w:b/>
          <w:bCs/>
          <w:szCs w:val="24"/>
        </w:rPr>
      </w:pPr>
      <w:r w:rsidRPr="000978B9">
        <w:rPr>
          <w:rFonts w:cs="Times New Roman"/>
          <w:b/>
          <w:bCs/>
          <w:szCs w:val="24"/>
        </w:rPr>
        <w:lastRenderedPageBreak/>
        <w:t>4. Кураторські години за навчальними роками</w:t>
      </w:r>
    </w:p>
    <w:p w14:paraId="62E32CD4" w14:textId="77777777" w:rsidR="003C1143" w:rsidRPr="000978B9" w:rsidRDefault="00000000" w:rsidP="000978B9">
      <w:pPr>
        <w:jc w:val="center"/>
        <w:rPr>
          <w:rFonts w:cs="Times New Roman"/>
          <w:b/>
          <w:bCs/>
          <w:szCs w:val="24"/>
        </w:rPr>
      </w:pPr>
      <w:r w:rsidRPr="000978B9">
        <w:rPr>
          <w:rFonts w:cs="Times New Roman"/>
          <w:b/>
          <w:bCs/>
          <w:szCs w:val="24"/>
        </w:rPr>
        <w:t>2023–2024 навчальний рік</w:t>
      </w:r>
    </w:p>
    <w:tbl>
      <w:tblPr>
        <w:tblStyle w:val="aff2"/>
        <w:tblW w:w="0" w:type="auto"/>
        <w:jc w:val="center"/>
        <w:tblLook w:val="04A0" w:firstRow="1" w:lastRow="0" w:firstColumn="1" w:lastColumn="0" w:noHBand="0" w:noVBand="1"/>
      </w:tblPr>
      <w:tblGrid>
        <w:gridCol w:w="1261"/>
        <w:gridCol w:w="4192"/>
        <w:gridCol w:w="4169"/>
      </w:tblGrid>
      <w:tr w:rsidR="00D5165D" w:rsidRPr="000978B9" w14:paraId="3ECB2B0E" w14:textId="77777777" w:rsidTr="00D5165D">
        <w:trPr>
          <w:jc w:val="center"/>
        </w:trPr>
        <w:tc>
          <w:tcPr>
            <w:tcW w:w="1212" w:type="dxa"/>
          </w:tcPr>
          <w:p w14:paraId="4C2EB885" w14:textId="77777777" w:rsidR="00D5165D" w:rsidRPr="000978B9" w:rsidRDefault="00D5165D" w:rsidP="000978B9">
            <w:pPr>
              <w:rPr>
                <w:rFonts w:cs="Times New Roman"/>
                <w:b/>
                <w:bCs/>
                <w:sz w:val="22"/>
              </w:rPr>
            </w:pPr>
            <w:r w:rsidRPr="000978B9">
              <w:rPr>
                <w:rFonts w:cs="Times New Roman"/>
                <w:b/>
                <w:bCs/>
                <w:sz w:val="22"/>
              </w:rPr>
              <w:t>Дата</w:t>
            </w:r>
          </w:p>
        </w:tc>
        <w:tc>
          <w:tcPr>
            <w:tcW w:w="4422" w:type="dxa"/>
          </w:tcPr>
          <w:p w14:paraId="3769A58D" w14:textId="77777777" w:rsidR="00D5165D" w:rsidRPr="000978B9" w:rsidRDefault="00D5165D" w:rsidP="000978B9">
            <w:pPr>
              <w:rPr>
                <w:rFonts w:cs="Times New Roman"/>
                <w:b/>
                <w:bCs/>
                <w:sz w:val="22"/>
              </w:rPr>
            </w:pPr>
            <w:r w:rsidRPr="000978B9">
              <w:rPr>
                <w:rFonts w:cs="Times New Roman"/>
                <w:b/>
                <w:bCs/>
                <w:sz w:val="22"/>
              </w:rPr>
              <w:t>Тема</w:t>
            </w:r>
          </w:p>
        </w:tc>
        <w:tc>
          <w:tcPr>
            <w:tcW w:w="4209" w:type="dxa"/>
          </w:tcPr>
          <w:p w14:paraId="6B00E6E4" w14:textId="3D33140B" w:rsidR="00D5165D" w:rsidRPr="000978B9" w:rsidRDefault="00D5165D" w:rsidP="000978B9">
            <w:pPr>
              <w:rPr>
                <w:rFonts w:cs="Times New Roman"/>
                <w:b/>
                <w:bCs/>
                <w:sz w:val="22"/>
              </w:rPr>
            </w:pPr>
            <w:r w:rsidRPr="000978B9">
              <w:rPr>
                <w:rFonts w:cs="Times New Roman"/>
                <w:b/>
                <w:bCs/>
                <w:sz w:val="22"/>
              </w:rPr>
              <w:t>Спікер</w:t>
            </w:r>
            <w:r w:rsidR="000978B9">
              <w:rPr>
                <w:rFonts w:cs="Times New Roman"/>
                <w:b/>
                <w:bCs/>
                <w:sz w:val="22"/>
              </w:rPr>
              <w:t>и</w:t>
            </w:r>
          </w:p>
        </w:tc>
      </w:tr>
      <w:tr w:rsidR="00D5165D" w:rsidRPr="000978B9" w14:paraId="0F0921EF" w14:textId="77777777" w:rsidTr="00D5165D">
        <w:trPr>
          <w:jc w:val="center"/>
        </w:trPr>
        <w:tc>
          <w:tcPr>
            <w:tcW w:w="1212" w:type="dxa"/>
          </w:tcPr>
          <w:p w14:paraId="133F99CC" w14:textId="5A8F4D70" w:rsidR="00D5165D" w:rsidRPr="000978B9" w:rsidRDefault="00D5165D" w:rsidP="000978B9">
            <w:pPr>
              <w:rPr>
                <w:rFonts w:cs="Times New Roman"/>
                <w:sz w:val="22"/>
              </w:rPr>
            </w:pPr>
            <w:r w:rsidRPr="000978B9">
              <w:rPr>
                <w:rFonts w:cs="Times New Roman"/>
                <w:sz w:val="22"/>
              </w:rPr>
              <w:t>05.09.2023 </w:t>
            </w:r>
          </w:p>
        </w:tc>
        <w:tc>
          <w:tcPr>
            <w:tcW w:w="4422" w:type="dxa"/>
          </w:tcPr>
          <w:p w14:paraId="09FBD532" w14:textId="3B1C7524" w:rsidR="00D5165D" w:rsidRPr="000978B9" w:rsidRDefault="00D5165D" w:rsidP="000978B9">
            <w:pPr>
              <w:rPr>
                <w:rFonts w:cs="Times New Roman"/>
                <w:sz w:val="22"/>
              </w:rPr>
            </w:pPr>
            <w:r w:rsidRPr="000978B9">
              <w:rPr>
                <w:rFonts w:cs="Times New Roman"/>
                <w:sz w:val="22"/>
              </w:rPr>
              <w:t>Факультетські кураторські години </w:t>
            </w:r>
          </w:p>
        </w:tc>
        <w:tc>
          <w:tcPr>
            <w:tcW w:w="4209" w:type="dxa"/>
          </w:tcPr>
          <w:p w14:paraId="1D2E877A" w14:textId="1AA04A7F" w:rsidR="00D5165D" w:rsidRPr="000978B9" w:rsidRDefault="00D5165D" w:rsidP="000978B9">
            <w:pPr>
              <w:rPr>
                <w:rFonts w:cs="Times New Roman"/>
                <w:sz w:val="22"/>
              </w:rPr>
            </w:pPr>
            <w:r w:rsidRPr="000978B9">
              <w:rPr>
                <w:rFonts w:cs="Times New Roman"/>
                <w:sz w:val="22"/>
              </w:rPr>
              <w:t>Декани факультетів</w:t>
            </w:r>
          </w:p>
        </w:tc>
      </w:tr>
      <w:tr w:rsidR="00D5165D" w:rsidRPr="000978B9" w14:paraId="606FFF19" w14:textId="77777777" w:rsidTr="00D5165D">
        <w:trPr>
          <w:jc w:val="center"/>
        </w:trPr>
        <w:tc>
          <w:tcPr>
            <w:tcW w:w="1212" w:type="dxa"/>
          </w:tcPr>
          <w:p w14:paraId="6C678A97" w14:textId="366403A9" w:rsidR="00D5165D" w:rsidRPr="000978B9" w:rsidRDefault="00D5165D" w:rsidP="000978B9">
            <w:pPr>
              <w:rPr>
                <w:rFonts w:cs="Times New Roman"/>
                <w:sz w:val="22"/>
              </w:rPr>
            </w:pPr>
            <w:r w:rsidRPr="000978B9">
              <w:rPr>
                <w:rFonts w:cs="Times New Roman"/>
                <w:sz w:val="22"/>
              </w:rPr>
              <w:t>12.09.2023 </w:t>
            </w:r>
          </w:p>
        </w:tc>
        <w:tc>
          <w:tcPr>
            <w:tcW w:w="4422" w:type="dxa"/>
          </w:tcPr>
          <w:p w14:paraId="5B3CA89B" w14:textId="71899DAD"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209" w:type="dxa"/>
          </w:tcPr>
          <w:p w14:paraId="411D35EC" w14:textId="1E1FDC06" w:rsidR="00D5165D" w:rsidRPr="000978B9" w:rsidRDefault="00D5165D" w:rsidP="000978B9">
            <w:pPr>
              <w:rPr>
                <w:rFonts w:cs="Times New Roman"/>
                <w:sz w:val="22"/>
              </w:rPr>
            </w:pPr>
            <w:r w:rsidRPr="000978B9">
              <w:rPr>
                <w:rFonts w:cs="Times New Roman"/>
                <w:sz w:val="22"/>
              </w:rPr>
              <w:t>Куратори академічних груп </w:t>
            </w:r>
          </w:p>
        </w:tc>
      </w:tr>
      <w:tr w:rsidR="00D5165D" w:rsidRPr="000978B9" w14:paraId="33139412" w14:textId="77777777" w:rsidTr="00D5165D">
        <w:trPr>
          <w:jc w:val="center"/>
        </w:trPr>
        <w:tc>
          <w:tcPr>
            <w:tcW w:w="1212" w:type="dxa"/>
          </w:tcPr>
          <w:p w14:paraId="439A3E18" w14:textId="6A6B02F3" w:rsidR="00D5165D" w:rsidRPr="000978B9" w:rsidRDefault="00D5165D" w:rsidP="000978B9">
            <w:pPr>
              <w:rPr>
                <w:rFonts w:cs="Times New Roman"/>
                <w:sz w:val="22"/>
              </w:rPr>
            </w:pPr>
            <w:r w:rsidRPr="000978B9">
              <w:rPr>
                <w:rFonts w:cs="Times New Roman"/>
                <w:sz w:val="22"/>
              </w:rPr>
              <w:t>19.09.2023 </w:t>
            </w:r>
          </w:p>
        </w:tc>
        <w:tc>
          <w:tcPr>
            <w:tcW w:w="4422" w:type="dxa"/>
          </w:tcPr>
          <w:p w14:paraId="0F4CFAA9" w14:textId="47304DB1" w:rsidR="00D5165D" w:rsidRPr="000978B9" w:rsidRDefault="00D5165D" w:rsidP="000978B9">
            <w:pPr>
              <w:rPr>
                <w:rFonts w:cs="Times New Roman"/>
                <w:sz w:val="22"/>
              </w:rPr>
            </w:pPr>
            <w:r w:rsidRPr="000978B9">
              <w:rPr>
                <w:rFonts w:cs="Times New Roman"/>
                <w:sz w:val="22"/>
              </w:rPr>
              <w:t>Загальний старостат </w:t>
            </w:r>
          </w:p>
        </w:tc>
        <w:tc>
          <w:tcPr>
            <w:tcW w:w="4209" w:type="dxa"/>
          </w:tcPr>
          <w:p w14:paraId="1738D401" w14:textId="4FE17D35" w:rsidR="00D5165D" w:rsidRPr="000978B9" w:rsidRDefault="00D5165D" w:rsidP="000978B9">
            <w:pPr>
              <w:rPr>
                <w:rFonts w:cs="Times New Roman"/>
                <w:sz w:val="22"/>
              </w:rPr>
            </w:pPr>
            <w:r w:rsidRPr="000978B9">
              <w:rPr>
                <w:rFonts w:cs="Times New Roman"/>
                <w:sz w:val="22"/>
              </w:rPr>
              <w:t>Голова Студентського самоврядування СНУ ім. В. Даля, </w:t>
            </w:r>
            <w:proofErr w:type="spellStart"/>
            <w:r w:rsidRPr="000978B9">
              <w:rPr>
                <w:rFonts w:cs="Times New Roman"/>
                <w:sz w:val="22"/>
              </w:rPr>
              <w:t>Наталья</w:t>
            </w:r>
            <w:proofErr w:type="spellEnd"/>
            <w:r w:rsidRPr="000978B9">
              <w:rPr>
                <w:rFonts w:cs="Times New Roman"/>
                <w:sz w:val="22"/>
              </w:rPr>
              <w:t xml:space="preserve"> Паніна. </w:t>
            </w:r>
          </w:p>
        </w:tc>
      </w:tr>
      <w:tr w:rsidR="00D5165D" w:rsidRPr="000978B9" w14:paraId="640BE0B2" w14:textId="77777777" w:rsidTr="00D5165D">
        <w:trPr>
          <w:jc w:val="center"/>
        </w:trPr>
        <w:tc>
          <w:tcPr>
            <w:tcW w:w="1212" w:type="dxa"/>
          </w:tcPr>
          <w:p w14:paraId="112452C7" w14:textId="5BC3B195" w:rsidR="00D5165D" w:rsidRPr="000978B9" w:rsidRDefault="00D5165D" w:rsidP="000978B9">
            <w:pPr>
              <w:rPr>
                <w:rFonts w:cs="Times New Roman"/>
                <w:sz w:val="22"/>
              </w:rPr>
            </w:pPr>
            <w:r w:rsidRPr="000978B9">
              <w:rPr>
                <w:rFonts w:cs="Times New Roman"/>
                <w:sz w:val="22"/>
              </w:rPr>
              <w:t>26.09.2023 </w:t>
            </w:r>
          </w:p>
        </w:tc>
        <w:tc>
          <w:tcPr>
            <w:tcW w:w="4422" w:type="dxa"/>
          </w:tcPr>
          <w:p w14:paraId="398866C6" w14:textId="7EE5CDED" w:rsidR="00D5165D" w:rsidRPr="000978B9" w:rsidRDefault="00D5165D" w:rsidP="000978B9">
            <w:pPr>
              <w:rPr>
                <w:rFonts w:cs="Times New Roman"/>
                <w:sz w:val="22"/>
              </w:rPr>
            </w:pPr>
            <w:r w:rsidRPr="000978B9">
              <w:rPr>
                <w:rFonts w:cs="Times New Roman"/>
                <w:sz w:val="22"/>
              </w:rPr>
              <w:t>Міжнародна академічна мобільність. Як вийти за межі буденного? </w:t>
            </w:r>
          </w:p>
        </w:tc>
        <w:tc>
          <w:tcPr>
            <w:tcW w:w="4209" w:type="dxa"/>
          </w:tcPr>
          <w:p w14:paraId="40DB8289" w14:textId="6D3CA2F6" w:rsidR="00D5165D" w:rsidRPr="000978B9" w:rsidRDefault="00D5165D" w:rsidP="000978B9">
            <w:pPr>
              <w:rPr>
                <w:rFonts w:cs="Times New Roman"/>
                <w:sz w:val="22"/>
              </w:rPr>
            </w:pPr>
            <w:proofErr w:type="spellStart"/>
            <w:r w:rsidRPr="000978B9">
              <w:rPr>
                <w:rFonts w:cs="Times New Roman"/>
                <w:sz w:val="22"/>
              </w:rPr>
              <w:t>Фахівчиня</w:t>
            </w:r>
            <w:proofErr w:type="spellEnd"/>
            <w:r w:rsidRPr="000978B9">
              <w:rPr>
                <w:rFonts w:cs="Times New Roman"/>
                <w:sz w:val="22"/>
              </w:rPr>
              <w:t> відділу міжнародних проєктів і програм, </w:t>
            </w:r>
            <w:proofErr w:type="spellStart"/>
            <w:r w:rsidRPr="000978B9">
              <w:rPr>
                <w:rFonts w:cs="Times New Roman"/>
                <w:sz w:val="22"/>
              </w:rPr>
              <w:t>Чанкотадзе</w:t>
            </w:r>
            <w:proofErr w:type="spellEnd"/>
            <w:r w:rsidRPr="000978B9">
              <w:rPr>
                <w:rFonts w:cs="Times New Roman"/>
                <w:sz w:val="22"/>
              </w:rPr>
              <w:t> Яна </w:t>
            </w:r>
          </w:p>
        </w:tc>
      </w:tr>
      <w:tr w:rsidR="00D5165D" w:rsidRPr="000978B9" w14:paraId="6DF7BB40" w14:textId="77777777" w:rsidTr="00D5165D">
        <w:trPr>
          <w:jc w:val="center"/>
        </w:trPr>
        <w:tc>
          <w:tcPr>
            <w:tcW w:w="1212" w:type="dxa"/>
          </w:tcPr>
          <w:p w14:paraId="36B7F7D0" w14:textId="46813C2D" w:rsidR="00D5165D" w:rsidRPr="000978B9" w:rsidRDefault="00D5165D" w:rsidP="000978B9">
            <w:pPr>
              <w:rPr>
                <w:rFonts w:cs="Times New Roman"/>
                <w:sz w:val="22"/>
              </w:rPr>
            </w:pPr>
            <w:r w:rsidRPr="000978B9">
              <w:rPr>
                <w:rFonts w:cs="Times New Roman"/>
                <w:sz w:val="22"/>
              </w:rPr>
              <w:t>03.10.2023 </w:t>
            </w:r>
          </w:p>
        </w:tc>
        <w:tc>
          <w:tcPr>
            <w:tcW w:w="4422" w:type="dxa"/>
          </w:tcPr>
          <w:p w14:paraId="4AAAB6A9" w14:textId="46EA68E4" w:rsidR="00D5165D" w:rsidRPr="000978B9" w:rsidRDefault="00D5165D" w:rsidP="000978B9">
            <w:pPr>
              <w:rPr>
                <w:rFonts w:cs="Times New Roman"/>
                <w:sz w:val="22"/>
              </w:rPr>
            </w:pPr>
            <w:r w:rsidRPr="000978B9">
              <w:rPr>
                <w:rFonts w:cs="Times New Roman"/>
                <w:sz w:val="22"/>
              </w:rPr>
              <w:t>Інформаційні  ресурси  та послуги наукової  бібліотеки СНУ ім. В. Даля на допомогу освітньому  процесу </w:t>
            </w:r>
          </w:p>
        </w:tc>
        <w:tc>
          <w:tcPr>
            <w:tcW w:w="4209" w:type="dxa"/>
          </w:tcPr>
          <w:p w14:paraId="122E51E8" w14:textId="49843ADB" w:rsidR="00D5165D" w:rsidRPr="000978B9" w:rsidRDefault="00D5165D" w:rsidP="000978B9">
            <w:pPr>
              <w:rPr>
                <w:rFonts w:cs="Times New Roman"/>
                <w:sz w:val="22"/>
              </w:rPr>
            </w:pPr>
            <w:r w:rsidRPr="000978B9">
              <w:rPr>
                <w:rFonts w:cs="Times New Roman"/>
                <w:sz w:val="22"/>
              </w:rPr>
              <w:t>Савельєва Вероніка Владиславівна, заступниця директора Наукової бібліотеки СНУ ім. В. Даля. </w:t>
            </w:r>
          </w:p>
        </w:tc>
      </w:tr>
      <w:tr w:rsidR="00D5165D" w:rsidRPr="000978B9" w14:paraId="52E369A4" w14:textId="77777777" w:rsidTr="00D5165D">
        <w:trPr>
          <w:jc w:val="center"/>
        </w:trPr>
        <w:tc>
          <w:tcPr>
            <w:tcW w:w="1212" w:type="dxa"/>
          </w:tcPr>
          <w:p w14:paraId="6C009BCA" w14:textId="66EE72DF" w:rsidR="00D5165D" w:rsidRPr="000978B9" w:rsidRDefault="00D5165D" w:rsidP="000978B9">
            <w:pPr>
              <w:rPr>
                <w:rFonts w:cs="Times New Roman"/>
                <w:sz w:val="22"/>
              </w:rPr>
            </w:pPr>
            <w:r w:rsidRPr="000978B9">
              <w:rPr>
                <w:rFonts w:cs="Times New Roman"/>
                <w:sz w:val="22"/>
              </w:rPr>
              <w:t>10.10.2023 </w:t>
            </w:r>
          </w:p>
        </w:tc>
        <w:tc>
          <w:tcPr>
            <w:tcW w:w="4422" w:type="dxa"/>
          </w:tcPr>
          <w:p w14:paraId="6E6575B6" w14:textId="70D2B72D" w:rsidR="00D5165D" w:rsidRPr="000978B9" w:rsidRDefault="00D5165D" w:rsidP="000978B9">
            <w:pPr>
              <w:rPr>
                <w:rFonts w:cs="Times New Roman"/>
                <w:sz w:val="22"/>
              </w:rPr>
            </w:pPr>
            <w:r w:rsidRPr="000978B9">
              <w:rPr>
                <w:rFonts w:cs="Times New Roman"/>
                <w:sz w:val="22"/>
              </w:rPr>
              <w:t>Факультетські кураторські години </w:t>
            </w:r>
          </w:p>
        </w:tc>
        <w:tc>
          <w:tcPr>
            <w:tcW w:w="4209" w:type="dxa"/>
          </w:tcPr>
          <w:p w14:paraId="4561C585" w14:textId="5ECA2E76" w:rsidR="00D5165D" w:rsidRPr="000978B9" w:rsidRDefault="00D5165D" w:rsidP="000978B9">
            <w:pPr>
              <w:rPr>
                <w:rFonts w:cs="Times New Roman"/>
                <w:sz w:val="22"/>
              </w:rPr>
            </w:pPr>
            <w:r w:rsidRPr="000978B9">
              <w:rPr>
                <w:rFonts w:cs="Times New Roman"/>
                <w:sz w:val="22"/>
              </w:rPr>
              <w:t>Декани </w:t>
            </w:r>
          </w:p>
        </w:tc>
      </w:tr>
      <w:tr w:rsidR="00D5165D" w:rsidRPr="000978B9" w14:paraId="1E687283" w14:textId="77777777" w:rsidTr="00D5165D">
        <w:trPr>
          <w:jc w:val="center"/>
        </w:trPr>
        <w:tc>
          <w:tcPr>
            <w:tcW w:w="1212" w:type="dxa"/>
          </w:tcPr>
          <w:p w14:paraId="519525AD" w14:textId="64B9BDC2" w:rsidR="00D5165D" w:rsidRPr="000978B9" w:rsidRDefault="00D5165D" w:rsidP="000978B9">
            <w:pPr>
              <w:rPr>
                <w:rFonts w:cs="Times New Roman"/>
                <w:sz w:val="22"/>
              </w:rPr>
            </w:pPr>
            <w:r w:rsidRPr="000978B9">
              <w:rPr>
                <w:rFonts w:cs="Times New Roman"/>
                <w:sz w:val="22"/>
              </w:rPr>
              <w:t>17.10.2023 </w:t>
            </w:r>
          </w:p>
        </w:tc>
        <w:tc>
          <w:tcPr>
            <w:tcW w:w="4422" w:type="dxa"/>
          </w:tcPr>
          <w:p w14:paraId="61D34A91" w14:textId="0D653B1D"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209" w:type="dxa"/>
          </w:tcPr>
          <w:p w14:paraId="01E08C06" w14:textId="7F997DA1" w:rsidR="00D5165D" w:rsidRPr="000978B9" w:rsidRDefault="00D5165D" w:rsidP="000978B9">
            <w:pPr>
              <w:rPr>
                <w:rFonts w:cs="Times New Roman"/>
                <w:sz w:val="22"/>
              </w:rPr>
            </w:pPr>
            <w:r w:rsidRPr="000978B9">
              <w:rPr>
                <w:rFonts w:cs="Times New Roman"/>
                <w:sz w:val="22"/>
              </w:rPr>
              <w:t>Куратори академічних груп </w:t>
            </w:r>
          </w:p>
        </w:tc>
      </w:tr>
      <w:tr w:rsidR="00D5165D" w:rsidRPr="000978B9" w14:paraId="6C2C1640" w14:textId="77777777" w:rsidTr="00D5165D">
        <w:trPr>
          <w:jc w:val="center"/>
        </w:trPr>
        <w:tc>
          <w:tcPr>
            <w:tcW w:w="1212" w:type="dxa"/>
          </w:tcPr>
          <w:p w14:paraId="2F892A3D" w14:textId="44B1B922" w:rsidR="00D5165D" w:rsidRPr="000978B9" w:rsidRDefault="00D5165D" w:rsidP="000978B9">
            <w:pPr>
              <w:rPr>
                <w:rFonts w:cs="Times New Roman"/>
                <w:sz w:val="22"/>
              </w:rPr>
            </w:pPr>
            <w:r w:rsidRPr="000978B9">
              <w:rPr>
                <w:rFonts w:cs="Times New Roman"/>
                <w:sz w:val="22"/>
              </w:rPr>
              <w:t>24.10.2023 </w:t>
            </w:r>
          </w:p>
        </w:tc>
        <w:tc>
          <w:tcPr>
            <w:tcW w:w="4422" w:type="dxa"/>
          </w:tcPr>
          <w:p w14:paraId="3C262A7F" w14:textId="3E758F3C" w:rsidR="00D5165D" w:rsidRPr="000978B9" w:rsidRDefault="00D5165D" w:rsidP="000978B9">
            <w:pPr>
              <w:rPr>
                <w:rFonts w:cs="Times New Roman"/>
                <w:sz w:val="22"/>
              </w:rPr>
            </w:pPr>
            <w:r w:rsidRPr="000978B9">
              <w:rPr>
                <w:rFonts w:cs="Times New Roman"/>
                <w:sz w:val="22"/>
              </w:rPr>
              <w:t>Безоплатна правнича допомога: загальні засади </w:t>
            </w:r>
          </w:p>
        </w:tc>
        <w:tc>
          <w:tcPr>
            <w:tcW w:w="4209" w:type="dxa"/>
          </w:tcPr>
          <w:p w14:paraId="1F3916CA" w14:textId="3F04D37A" w:rsidR="00D5165D" w:rsidRPr="000978B9" w:rsidRDefault="00D5165D" w:rsidP="000978B9">
            <w:pPr>
              <w:rPr>
                <w:rFonts w:cs="Times New Roman"/>
                <w:sz w:val="22"/>
              </w:rPr>
            </w:pPr>
            <w:r w:rsidRPr="000978B9">
              <w:rPr>
                <w:rFonts w:cs="Times New Roman"/>
                <w:sz w:val="22"/>
              </w:rPr>
              <w:t>Гайворонська Вікторія Валентинівна, заступниця директора Регіонального центру з надання безоплатної вторинної правової допомоги у Луганській та Харківській областях </w:t>
            </w:r>
          </w:p>
        </w:tc>
      </w:tr>
      <w:tr w:rsidR="00D5165D" w:rsidRPr="000978B9" w14:paraId="03FF063E" w14:textId="77777777" w:rsidTr="00D5165D">
        <w:trPr>
          <w:jc w:val="center"/>
        </w:trPr>
        <w:tc>
          <w:tcPr>
            <w:tcW w:w="1212" w:type="dxa"/>
          </w:tcPr>
          <w:p w14:paraId="7BF163E3" w14:textId="71181847" w:rsidR="00D5165D" w:rsidRPr="000978B9" w:rsidRDefault="00D5165D" w:rsidP="000978B9">
            <w:pPr>
              <w:rPr>
                <w:rFonts w:cs="Times New Roman"/>
                <w:sz w:val="22"/>
              </w:rPr>
            </w:pPr>
            <w:r w:rsidRPr="000978B9">
              <w:rPr>
                <w:rFonts w:cs="Times New Roman"/>
                <w:sz w:val="22"/>
              </w:rPr>
              <w:t>31.10.2023 </w:t>
            </w:r>
          </w:p>
        </w:tc>
        <w:tc>
          <w:tcPr>
            <w:tcW w:w="4422" w:type="dxa"/>
          </w:tcPr>
          <w:p w14:paraId="7691FD9D" w14:textId="3731D1A1" w:rsidR="00D5165D" w:rsidRPr="000978B9" w:rsidRDefault="00D5165D" w:rsidP="000978B9">
            <w:pPr>
              <w:rPr>
                <w:rFonts w:cs="Times New Roman"/>
                <w:sz w:val="22"/>
              </w:rPr>
            </w:pPr>
            <w:r w:rsidRPr="000978B9">
              <w:rPr>
                <w:rFonts w:cs="Times New Roman"/>
                <w:sz w:val="22"/>
              </w:rPr>
              <w:t>Погляд у майбутнє: ІТ-індустрія та можливості кар’єри </w:t>
            </w:r>
          </w:p>
        </w:tc>
        <w:tc>
          <w:tcPr>
            <w:tcW w:w="4209" w:type="dxa"/>
          </w:tcPr>
          <w:p w14:paraId="59BB5D81" w14:textId="0D43CCF5" w:rsidR="00D5165D" w:rsidRPr="000978B9" w:rsidRDefault="00D5165D" w:rsidP="000978B9">
            <w:pPr>
              <w:rPr>
                <w:rFonts w:cs="Times New Roman"/>
                <w:sz w:val="22"/>
              </w:rPr>
            </w:pPr>
            <w:r w:rsidRPr="000978B9">
              <w:rPr>
                <w:rFonts w:cs="Times New Roman"/>
                <w:sz w:val="22"/>
              </w:rPr>
              <w:t>Студенти – Владислав Баклан, Євген </w:t>
            </w:r>
            <w:proofErr w:type="spellStart"/>
            <w:r w:rsidRPr="000978B9">
              <w:rPr>
                <w:rFonts w:cs="Times New Roman"/>
                <w:sz w:val="22"/>
              </w:rPr>
              <w:t>Осінов</w:t>
            </w:r>
            <w:proofErr w:type="spellEnd"/>
            <w:r w:rsidRPr="000978B9">
              <w:rPr>
                <w:rFonts w:cs="Times New Roman"/>
                <w:sz w:val="22"/>
              </w:rPr>
              <w:t> </w:t>
            </w:r>
          </w:p>
        </w:tc>
      </w:tr>
      <w:tr w:rsidR="00D5165D" w:rsidRPr="000978B9" w14:paraId="2EC2EBAE" w14:textId="77777777" w:rsidTr="00D5165D">
        <w:trPr>
          <w:jc w:val="center"/>
        </w:trPr>
        <w:tc>
          <w:tcPr>
            <w:tcW w:w="1212" w:type="dxa"/>
          </w:tcPr>
          <w:p w14:paraId="64BFE219" w14:textId="44684E35" w:rsidR="00D5165D" w:rsidRPr="000978B9" w:rsidRDefault="00D5165D" w:rsidP="000978B9">
            <w:pPr>
              <w:rPr>
                <w:rFonts w:cs="Times New Roman"/>
                <w:sz w:val="22"/>
              </w:rPr>
            </w:pPr>
            <w:r w:rsidRPr="000978B9">
              <w:rPr>
                <w:rFonts w:cs="Times New Roman"/>
                <w:sz w:val="22"/>
              </w:rPr>
              <w:t>07.11.2023 </w:t>
            </w:r>
          </w:p>
        </w:tc>
        <w:tc>
          <w:tcPr>
            <w:tcW w:w="4422" w:type="dxa"/>
          </w:tcPr>
          <w:p w14:paraId="3051C3B5" w14:textId="7D1A80B5"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209" w:type="dxa"/>
          </w:tcPr>
          <w:p w14:paraId="4BCDBC70" w14:textId="7CC8984F" w:rsidR="00D5165D" w:rsidRPr="000978B9" w:rsidRDefault="00D5165D" w:rsidP="000978B9">
            <w:pPr>
              <w:rPr>
                <w:rFonts w:cs="Times New Roman"/>
                <w:sz w:val="22"/>
              </w:rPr>
            </w:pPr>
            <w:r w:rsidRPr="000978B9">
              <w:rPr>
                <w:rFonts w:cs="Times New Roman"/>
                <w:sz w:val="22"/>
              </w:rPr>
              <w:t>Куратори академічних груп </w:t>
            </w:r>
          </w:p>
        </w:tc>
      </w:tr>
      <w:tr w:rsidR="00D5165D" w:rsidRPr="000978B9" w14:paraId="1BBBA2E2" w14:textId="77777777" w:rsidTr="00D5165D">
        <w:trPr>
          <w:jc w:val="center"/>
        </w:trPr>
        <w:tc>
          <w:tcPr>
            <w:tcW w:w="1212" w:type="dxa"/>
          </w:tcPr>
          <w:p w14:paraId="2AA678AF" w14:textId="708D2F2D" w:rsidR="00D5165D" w:rsidRPr="000978B9" w:rsidRDefault="00D5165D" w:rsidP="000978B9">
            <w:pPr>
              <w:rPr>
                <w:rFonts w:cs="Times New Roman"/>
                <w:sz w:val="22"/>
              </w:rPr>
            </w:pPr>
            <w:r w:rsidRPr="000978B9">
              <w:rPr>
                <w:rFonts w:cs="Times New Roman"/>
                <w:sz w:val="22"/>
              </w:rPr>
              <w:t>14.11.2023 </w:t>
            </w:r>
          </w:p>
        </w:tc>
        <w:tc>
          <w:tcPr>
            <w:tcW w:w="4422" w:type="dxa"/>
          </w:tcPr>
          <w:p w14:paraId="4F708AAB" w14:textId="368818F1" w:rsidR="00D5165D" w:rsidRPr="000978B9" w:rsidRDefault="00D5165D" w:rsidP="000978B9">
            <w:pPr>
              <w:rPr>
                <w:rFonts w:cs="Times New Roman"/>
                <w:sz w:val="22"/>
              </w:rPr>
            </w:pPr>
            <w:r w:rsidRPr="000978B9">
              <w:rPr>
                <w:rFonts w:cs="Times New Roman"/>
                <w:sz w:val="22"/>
              </w:rPr>
              <w:t>Толерантність як основний шлях до майбутнього </w:t>
            </w:r>
          </w:p>
        </w:tc>
        <w:tc>
          <w:tcPr>
            <w:tcW w:w="4209" w:type="dxa"/>
          </w:tcPr>
          <w:p w14:paraId="2B84ABB2" w14:textId="1E31B456" w:rsidR="00D5165D" w:rsidRPr="000978B9" w:rsidRDefault="00D5165D" w:rsidP="000978B9">
            <w:pPr>
              <w:rPr>
                <w:rFonts w:cs="Times New Roman"/>
                <w:sz w:val="22"/>
              </w:rPr>
            </w:pPr>
            <w:proofErr w:type="spellStart"/>
            <w:r w:rsidRPr="000978B9">
              <w:rPr>
                <w:rFonts w:cs="Times New Roman"/>
                <w:sz w:val="22"/>
              </w:rPr>
              <w:t>Карчевська</w:t>
            </w:r>
            <w:proofErr w:type="spellEnd"/>
            <w:r w:rsidRPr="000978B9">
              <w:rPr>
                <w:rFonts w:cs="Times New Roman"/>
                <w:sz w:val="22"/>
              </w:rPr>
              <w:t> Олена, кафедра політологічних та культурологічних студій </w:t>
            </w:r>
          </w:p>
        </w:tc>
      </w:tr>
      <w:tr w:rsidR="00D5165D" w:rsidRPr="000978B9" w14:paraId="26890264" w14:textId="77777777" w:rsidTr="00D5165D">
        <w:trPr>
          <w:jc w:val="center"/>
        </w:trPr>
        <w:tc>
          <w:tcPr>
            <w:tcW w:w="1212" w:type="dxa"/>
          </w:tcPr>
          <w:p w14:paraId="2FF6F344" w14:textId="7357CF13" w:rsidR="00D5165D" w:rsidRPr="000978B9" w:rsidRDefault="00D5165D" w:rsidP="000978B9">
            <w:pPr>
              <w:rPr>
                <w:rFonts w:cs="Times New Roman"/>
                <w:sz w:val="22"/>
              </w:rPr>
            </w:pPr>
            <w:r w:rsidRPr="000978B9">
              <w:rPr>
                <w:rFonts w:cs="Times New Roman"/>
                <w:sz w:val="22"/>
              </w:rPr>
              <w:t>21.11.2023 </w:t>
            </w:r>
          </w:p>
        </w:tc>
        <w:tc>
          <w:tcPr>
            <w:tcW w:w="4422" w:type="dxa"/>
          </w:tcPr>
          <w:p w14:paraId="2FDF373E" w14:textId="73E01876" w:rsidR="00D5165D" w:rsidRPr="000978B9" w:rsidRDefault="00D5165D" w:rsidP="000978B9">
            <w:pPr>
              <w:rPr>
                <w:rFonts w:cs="Times New Roman"/>
                <w:sz w:val="22"/>
              </w:rPr>
            </w:pPr>
            <w:r w:rsidRPr="000978B9">
              <w:rPr>
                <w:rFonts w:cs="Times New Roman"/>
                <w:sz w:val="22"/>
              </w:rPr>
              <w:t>До Дня Гідності та Свободи </w:t>
            </w:r>
          </w:p>
        </w:tc>
        <w:tc>
          <w:tcPr>
            <w:tcW w:w="4209" w:type="dxa"/>
          </w:tcPr>
          <w:p w14:paraId="21572090" w14:textId="7717632C" w:rsidR="00D5165D" w:rsidRPr="000978B9" w:rsidRDefault="00D5165D" w:rsidP="000978B9">
            <w:pPr>
              <w:rPr>
                <w:rFonts w:cs="Times New Roman"/>
                <w:sz w:val="22"/>
              </w:rPr>
            </w:pPr>
            <w:r w:rsidRPr="000978B9">
              <w:rPr>
                <w:rFonts w:cs="Times New Roman"/>
                <w:sz w:val="22"/>
              </w:rPr>
              <w:t>Доцент кафедри історії та археології, Фомін Андрій  </w:t>
            </w:r>
          </w:p>
        </w:tc>
      </w:tr>
      <w:tr w:rsidR="00D5165D" w:rsidRPr="000978B9" w14:paraId="17924D6F" w14:textId="77777777" w:rsidTr="00D5165D">
        <w:trPr>
          <w:jc w:val="center"/>
        </w:trPr>
        <w:tc>
          <w:tcPr>
            <w:tcW w:w="1212" w:type="dxa"/>
          </w:tcPr>
          <w:p w14:paraId="5AD92FEC" w14:textId="0AB00451" w:rsidR="00D5165D" w:rsidRPr="000978B9" w:rsidRDefault="00D5165D" w:rsidP="000978B9">
            <w:pPr>
              <w:rPr>
                <w:rFonts w:cs="Times New Roman"/>
                <w:sz w:val="22"/>
              </w:rPr>
            </w:pPr>
            <w:r w:rsidRPr="000978B9">
              <w:rPr>
                <w:rFonts w:cs="Times New Roman"/>
                <w:sz w:val="22"/>
              </w:rPr>
              <w:t>28.11.2023 </w:t>
            </w:r>
          </w:p>
        </w:tc>
        <w:tc>
          <w:tcPr>
            <w:tcW w:w="4422" w:type="dxa"/>
          </w:tcPr>
          <w:p w14:paraId="59106326" w14:textId="57447602" w:rsidR="00D5165D" w:rsidRPr="000978B9" w:rsidRDefault="00D5165D" w:rsidP="000978B9">
            <w:pPr>
              <w:rPr>
                <w:rFonts w:cs="Times New Roman"/>
                <w:sz w:val="22"/>
              </w:rPr>
            </w:pPr>
            <w:r w:rsidRPr="000978B9">
              <w:rPr>
                <w:rFonts w:cs="Times New Roman"/>
                <w:sz w:val="22"/>
              </w:rPr>
              <w:t>Погляд у майбутнє: освітні програми «Менеджмент», «Економіка» та «Маркетинг» </w:t>
            </w:r>
          </w:p>
        </w:tc>
        <w:tc>
          <w:tcPr>
            <w:tcW w:w="4209" w:type="dxa"/>
          </w:tcPr>
          <w:p w14:paraId="64B890A7" w14:textId="787021A2" w:rsidR="00D5165D" w:rsidRPr="000978B9" w:rsidRDefault="00D5165D" w:rsidP="000978B9">
            <w:pPr>
              <w:rPr>
                <w:rFonts w:cs="Times New Roman"/>
                <w:sz w:val="22"/>
              </w:rPr>
            </w:pPr>
            <w:r w:rsidRPr="000978B9">
              <w:rPr>
                <w:rFonts w:cs="Times New Roman"/>
                <w:sz w:val="22"/>
              </w:rPr>
              <w:t>Студентська рада факультету економіки і управління </w:t>
            </w:r>
          </w:p>
        </w:tc>
      </w:tr>
      <w:tr w:rsidR="00D5165D" w:rsidRPr="000978B9" w14:paraId="08E0F7C3" w14:textId="77777777" w:rsidTr="00D5165D">
        <w:trPr>
          <w:jc w:val="center"/>
        </w:trPr>
        <w:tc>
          <w:tcPr>
            <w:tcW w:w="1212" w:type="dxa"/>
          </w:tcPr>
          <w:p w14:paraId="41559FA2" w14:textId="20D8F32E" w:rsidR="00D5165D" w:rsidRPr="000978B9" w:rsidRDefault="00D5165D" w:rsidP="000978B9">
            <w:pPr>
              <w:rPr>
                <w:rFonts w:cs="Times New Roman"/>
                <w:sz w:val="22"/>
              </w:rPr>
            </w:pPr>
            <w:r w:rsidRPr="000978B9">
              <w:rPr>
                <w:rFonts w:cs="Times New Roman"/>
                <w:sz w:val="22"/>
              </w:rPr>
              <w:t>05.03.2024 </w:t>
            </w:r>
          </w:p>
        </w:tc>
        <w:tc>
          <w:tcPr>
            <w:tcW w:w="4422" w:type="dxa"/>
          </w:tcPr>
          <w:p w14:paraId="0CD9D1F0" w14:textId="63006505" w:rsidR="00D5165D" w:rsidRPr="000978B9" w:rsidRDefault="00D5165D" w:rsidP="000978B9">
            <w:pPr>
              <w:rPr>
                <w:rFonts w:cs="Times New Roman"/>
                <w:sz w:val="22"/>
              </w:rPr>
            </w:pPr>
            <w:r w:rsidRPr="000978B9">
              <w:rPr>
                <w:rFonts w:cs="Times New Roman"/>
                <w:sz w:val="22"/>
              </w:rPr>
              <w:t>Тарас Шевченко очима українських поетів </w:t>
            </w:r>
          </w:p>
        </w:tc>
        <w:tc>
          <w:tcPr>
            <w:tcW w:w="4209" w:type="dxa"/>
          </w:tcPr>
          <w:p w14:paraId="1B578DA0" w14:textId="21305AD8" w:rsidR="00D5165D" w:rsidRPr="000978B9" w:rsidRDefault="00D5165D" w:rsidP="000978B9">
            <w:pPr>
              <w:rPr>
                <w:rFonts w:cs="Times New Roman"/>
                <w:sz w:val="22"/>
              </w:rPr>
            </w:pPr>
            <w:r w:rsidRPr="000978B9">
              <w:rPr>
                <w:rFonts w:cs="Times New Roman"/>
                <w:sz w:val="22"/>
              </w:rPr>
              <w:t>професор кафедри журналістики та українознавчих студій </w:t>
            </w:r>
            <w:proofErr w:type="spellStart"/>
            <w:r w:rsidRPr="000978B9">
              <w:rPr>
                <w:rFonts w:cs="Times New Roman"/>
                <w:sz w:val="22"/>
              </w:rPr>
              <w:t>Глотов</w:t>
            </w:r>
            <w:proofErr w:type="spellEnd"/>
            <w:r w:rsidRPr="000978B9">
              <w:rPr>
                <w:rFonts w:cs="Times New Roman"/>
                <w:sz w:val="22"/>
              </w:rPr>
              <w:t> Олександр Леонідович </w:t>
            </w:r>
          </w:p>
        </w:tc>
      </w:tr>
      <w:tr w:rsidR="00D5165D" w:rsidRPr="000978B9" w14:paraId="7064D590" w14:textId="77777777" w:rsidTr="00D5165D">
        <w:trPr>
          <w:jc w:val="center"/>
        </w:trPr>
        <w:tc>
          <w:tcPr>
            <w:tcW w:w="1212" w:type="dxa"/>
          </w:tcPr>
          <w:p w14:paraId="75D59010" w14:textId="3DF5FD9C" w:rsidR="00D5165D" w:rsidRPr="000978B9" w:rsidRDefault="00D5165D" w:rsidP="000978B9">
            <w:pPr>
              <w:rPr>
                <w:rFonts w:cs="Times New Roman"/>
                <w:sz w:val="22"/>
              </w:rPr>
            </w:pPr>
            <w:r w:rsidRPr="000978B9">
              <w:rPr>
                <w:rFonts w:cs="Times New Roman"/>
                <w:sz w:val="22"/>
              </w:rPr>
              <w:t>12.03.2024 </w:t>
            </w:r>
          </w:p>
        </w:tc>
        <w:tc>
          <w:tcPr>
            <w:tcW w:w="4422" w:type="dxa"/>
          </w:tcPr>
          <w:p w14:paraId="1D04A888" w14:textId="5719C4C5" w:rsidR="00D5165D" w:rsidRPr="000978B9" w:rsidRDefault="00D5165D" w:rsidP="000978B9">
            <w:pPr>
              <w:rPr>
                <w:rFonts w:cs="Times New Roman"/>
                <w:sz w:val="22"/>
              </w:rPr>
            </w:pPr>
            <w:r w:rsidRPr="000978B9">
              <w:rPr>
                <w:rFonts w:cs="Times New Roman"/>
                <w:sz w:val="22"/>
              </w:rPr>
              <w:t>зустріч із молодіжною командою "IDEA" </w:t>
            </w:r>
          </w:p>
        </w:tc>
        <w:tc>
          <w:tcPr>
            <w:tcW w:w="4209" w:type="dxa"/>
          </w:tcPr>
          <w:p w14:paraId="56C2207A" w14:textId="129E8B2B" w:rsidR="00D5165D" w:rsidRPr="000978B9" w:rsidRDefault="00D5165D" w:rsidP="000978B9">
            <w:pPr>
              <w:rPr>
                <w:rFonts w:cs="Times New Roman"/>
                <w:sz w:val="22"/>
              </w:rPr>
            </w:pPr>
            <w:r w:rsidRPr="000978B9">
              <w:rPr>
                <w:rFonts w:cs="Times New Roman"/>
                <w:sz w:val="22"/>
              </w:rPr>
              <w:t>Студенти – Погорілий Артем, Луценко Прохор  </w:t>
            </w:r>
          </w:p>
        </w:tc>
      </w:tr>
      <w:tr w:rsidR="00D5165D" w:rsidRPr="000978B9" w14:paraId="0408C94A" w14:textId="77777777" w:rsidTr="00D5165D">
        <w:trPr>
          <w:jc w:val="center"/>
        </w:trPr>
        <w:tc>
          <w:tcPr>
            <w:tcW w:w="1212" w:type="dxa"/>
          </w:tcPr>
          <w:p w14:paraId="76AE3EAF" w14:textId="210F119B" w:rsidR="00D5165D" w:rsidRPr="000978B9" w:rsidRDefault="00D5165D" w:rsidP="000978B9">
            <w:pPr>
              <w:rPr>
                <w:rFonts w:cs="Times New Roman"/>
                <w:sz w:val="22"/>
              </w:rPr>
            </w:pPr>
            <w:r w:rsidRPr="000978B9">
              <w:rPr>
                <w:rFonts w:cs="Times New Roman"/>
                <w:sz w:val="22"/>
              </w:rPr>
              <w:t>19.03.2024 </w:t>
            </w:r>
          </w:p>
        </w:tc>
        <w:tc>
          <w:tcPr>
            <w:tcW w:w="4422" w:type="dxa"/>
          </w:tcPr>
          <w:p w14:paraId="15A7B0CC" w14:textId="674D9CAD" w:rsidR="00D5165D" w:rsidRPr="000978B9" w:rsidRDefault="00D5165D" w:rsidP="000978B9">
            <w:pPr>
              <w:rPr>
                <w:rFonts w:cs="Times New Roman"/>
                <w:sz w:val="22"/>
              </w:rPr>
            </w:pPr>
            <w:r w:rsidRPr="000978B9">
              <w:rPr>
                <w:rFonts w:cs="Times New Roman"/>
                <w:sz w:val="22"/>
              </w:rPr>
              <w:t>«Навчай для України» запрошують взяти участь у програмі «</w:t>
            </w:r>
            <w:proofErr w:type="spellStart"/>
            <w:r w:rsidRPr="000978B9">
              <w:rPr>
                <w:rFonts w:cs="Times New Roman"/>
                <w:sz w:val="22"/>
              </w:rPr>
              <w:t>СтудМентор</w:t>
            </w:r>
            <w:proofErr w:type="spellEnd"/>
            <w:r w:rsidRPr="000978B9">
              <w:rPr>
                <w:rFonts w:cs="Times New Roman"/>
                <w:sz w:val="22"/>
              </w:rPr>
              <w:t>»! </w:t>
            </w:r>
          </w:p>
        </w:tc>
        <w:tc>
          <w:tcPr>
            <w:tcW w:w="4209" w:type="dxa"/>
          </w:tcPr>
          <w:p w14:paraId="5D3637D5" w14:textId="2780918F" w:rsidR="00D5165D" w:rsidRPr="000978B9" w:rsidRDefault="00D5165D" w:rsidP="000978B9">
            <w:pPr>
              <w:rPr>
                <w:rFonts w:cs="Times New Roman"/>
                <w:sz w:val="22"/>
              </w:rPr>
            </w:pPr>
            <w:r w:rsidRPr="000978B9">
              <w:rPr>
                <w:rFonts w:cs="Times New Roman"/>
                <w:sz w:val="22"/>
              </w:rPr>
              <w:t>«Навчай для України» </w:t>
            </w:r>
          </w:p>
        </w:tc>
      </w:tr>
      <w:tr w:rsidR="00D5165D" w:rsidRPr="000978B9" w14:paraId="5531D615" w14:textId="77777777" w:rsidTr="00D5165D">
        <w:trPr>
          <w:jc w:val="center"/>
        </w:trPr>
        <w:tc>
          <w:tcPr>
            <w:tcW w:w="1212" w:type="dxa"/>
          </w:tcPr>
          <w:p w14:paraId="19137D57" w14:textId="5A23292B" w:rsidR="00D5165D" w:rsidRPr="000978B9" w:rsidRDefault="00D5165D" w:rsidP="000978B9">
            <w:pPr>
              <w:rPr>
                <w:rFonts w:cs="Times New Roman"/>
                <w:sz w:val="22"/>
              </w:rPr>
            </w:pPr>
            <w:r w:rsidRPr="000978B9">
              <w:rPr>
                <w:rFonts w:cs="Times New Roman"/>
                <w:sz w:val="22"/>
              </w:rPr>
              <w:t>26.03.2024 </w:t>
            </w:r>
          </w:p>
        </w:tc>
        <w:tc>
          <w:tcPr>
            <w:tcW w:w="4422" w:type="dxa"/>
          </w:tcPr>
          <w:p w14:paraId="1BBC2D21" w14:textId="0A5CE655" w:rsidR="00D5165D" w:rsidRPr="000978B9" w:rsidRDefault="00D5165D" w:rsidP="000978B9">
            <w:pPr>
              <w:rPr>
                <w:rFonts w:cs="Times New Roman"/>
                <w:sz w:val="22"/>
              </w:rPr>
            </w:pPr>
            <w:r w:rsidRPr="000978B9">
              <w:rPr>
                <w:rFonts w:cs="Times New Roman"/>
                <w:sz w:val="22"/>
              </w:rPr>
              <w:t>Факультетські кураторські години </w:t>
            </w:r>
          </w:p>
        </w:tc>
        <w:tc>
          <w:tcPr>
            <w:tcW w:w="4209" w:type="dxa"/>
          </w:tcPr>
          <w:p w14:paraId="1D1BF926" w14:textId="28FCF404" w:rsidR="00D5165D" w:rsidRPr="000978B9" w:rsidRDefault="00D5165D" w:rsidP="000978B9">
            <w:pPr>
              <w:rPr>
                <w:rFonts w:cs="Times New Roman"/>
                <w:sz w:val="22"/>
              </w:rPr>
            </w:pPr>
            <w:r w:rsidRPr="000978B9">
              <w:rPr>
                <w:rFonts w:cs="Times New Roman"/>
                <w:sz w:val="22"/>
              </w:rPr>
              <w:t>Декани </w:t>
            </w:r>
          </w:p>
        </w:tc>
      </w:tr>
      <w:tr w:rsidR="00D5165D" w:rsidRPr="000978B9" w14:paraId="79A55C59" w14:textId="77777777" w:rsidTr="00D5165D">
        <w:trPr>
          <w:jc w:val="center"/>
        </w:trPr>
        <w:tc>
          <w:tcPr>
            <w:tcW w:w="1212" w:type="dxa"/>
          </w:tcPr>
          <w:p w14:paraId="18D6D6B4" w14:textId="11EF49DD" w:rsidR="00D5165D" w:rsidRPr="000978B9" w:rsidRDefault="00D5165D" w:rsidP="000978B9">
            <w:pPr>
              <w:rPr>
                <w:rFonts w:cs="Times New Roman"/>
                <w:sz w:val="22"/>
              </w:rPr>
            </w:pPr>
            <w:r w:rsidRPr="000978B9">
              <w:rPr>
                <w:rFonts w:cs="Times New Roman"/>
                <w:sz w:val="22"/>
              </w:rPr>
              <w:t>02.04.2024 </w:t>
            </w:r>
          </w:p>
        </w:tc>
        <w:tc>
          <w:tcPr>
            <w:tcW w:w="4422" w:type="dxa"/>
          </w:tcPr>
          <w:p w14:paraId="04F768B3" w14:textId="0B2A0C95"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209" w:type="dxa"/>
          </w:tcPr>
          <w:p w14:paraId="22783C13" w14:textId="67315C69" w:rsidR="00D5165D" w:rsidRPr="000978B9" w:rsidRDefault="00D5165D" w:rsidP="000978B9">
            <w:pPr>
              <w:rPr>
                <w:rFonts w:cs="Times New Roman"/>
                <w:sz w:val="22"/>
              </w:rPr>
            </w:pPr>
            <w:r w:rsidRPr="000978B9">
              <w:rPr>
                <w:rFonts w:cs="Times New Roman"/>
                <w:sz w:val="22"/>
              </w:rPr>
              <w:t>Куратори академічних груп </w:t>
            </w:r>
          </w:p>
        </w:tc>
      </w:tr>
      <w:tr w:rsidR="00D5165D" w:rsidRPr="000978B9" w14:paraId="712919CD" w14:textId="77777777" w:rsidTr="00D5165D">
        <w:trPr>
          <w:jc w:val="center"/>
        </w:trPr>
        <w:tc>
          <w:tcPr>
            <w:tcW w:w="1212" w:type="dxa"/>
          </w:tcPr>
          <w:p w14:paraId="1D3FAF66" w14:textId="23F164B3" w:rsidR="00D5165D" w:rsidRPr="000978B9" w:rsidRDefault="00D5165D" w:rsidP="000978B9">
            <w:pPr>
              <w:rPr>
                <w:rFonts w:cs="Times New Roman"/>
                <w:sz w:val="22"/>
              </w:rPr>
            </w:pPr>
            <w:r w:rsidRPr="000978B9">
              <w:rPr>
                <w:rFonts w:cs="Times New Roman"/>
                <w:sz w:val="22"/>
              </w:rPr>
              <w:t>09.04.2024 </w:t>
            </w:r>
          </w:p>
        </w:tc>
        <w:tc>
          <w:tcPr>
            <w:tcW w:w="4422" w:type="dxa"/>
          </w:tcPr>
          <w:p w14:paraId="2F389F31" w14:textId="6BB30F65" w:rsidR="00D5165D" w:rsidRPr="000978B9" w:rsidRDefault="00D5165D" w:rsidP="000978B9">
            <w:pPr>
              <w:rPr>
                <w:rFonts w:cs="Times New Roman"/>
                <w:sz w:val="22"/>
              </w:rPr>
            </w:pPr>
            <w:r w:rsidRPr="000978B9">
              <w:rPr>
                <w:rFonts w:cs="Times New Roman"/>
                <w:sz w:val="22"/>
              </w:rPr>
              <w:t>Кураторська година з «</w:t>
            </w:r>
            <w:proofErr w:type="spellStart"/>
            <w:r w:rsidRPr="000978B9">
              <w:rPr>
                <w:rFonts w:cs="Times New Roman"/>
                <w:sz w:val="22"/>
              </w:rPr>
              <w:t>Daily</w:t>
            </w:r>
            <w:proofErr w:type="spellEnd"/>
            <w:r w:rsidRPr="000978B9">
              <w:rPr>
                <w:rFonts w:cs="Times New Roman"/>
                <w:sz w:val="22"/>
              </w:rPr>
              <w:t> </w:t>
            </w:r>
            <w:proofErr w:type="spellStart"/>
            <w:r w:rsidRPr="000978B9">
              <w:rPr>
                <w:rFonts w:cs="Times New Roman"/>
                <w:sz w:val="22"/>
              </w:rPr>
              <w:t>Dal</w:t>
            </w:r>
            <w:proofErr w:type="spellEnd"/>
            <w:r w:rsidRPr="000978B9">
              <w:rPr>
                <w:rFonts w:cs="Times New Roman"/>
                <w:sz w:val="22"/>
              </w:rPr>
              <w:t>’» </w:t>
            </w:r>
          </w:p>
        </w:tc>
        <w:tc>
          <w:tcPr>
            <w:tcW w:w="4209" w:type="dxa"/>
          </w:tcPr>
          <w:p w14:paraId="2A3FEB0D" w14:textId="650452DD" w:rsidR="00D5165D" w:rsidRPr="000978B9" w:rsidRDefault="00D5165D" w:rsidP="000978B9">
            <w:pPr>
              <w:rPr>
                <w:rFonts w:cs="Times New Roman"/>
                <w:sz w:val="22"/>
              </w:rPr>
            </w:pPr>
            <w:r w:rsidRPr="000978B9">
              <w:rPr>
                <w:rFonts w:cs="Times New Roman"/>
                <w:sz w:val="22"/>
              </w:rPr>
              <w:t>Студенти –</w:t>
            </w:r>
            <w:proofErr w:type="spellStart"/>
            <w:r w:rsidRPr="000978B9">
              <w:rPr>
                <w:rFonts w:cs="Times New Roman"/>
                <w:sz w:val="22"/>
              </w:rPr>
              <w:t>Баранчук</w:t>
            </w:r>
            <w:proofErr w:type="spellEnd"/>
            <w:r w:rsidRPr="000978B9">
              <w:rPr>
                <w:rFonts w:cs="Times New Roman"/>
                <w:sz w:val="22"/>
              </w:rPr>
              <w:t> Олександр, </w:t>
            </w:r>
            <w:proofErr w:type="spellStart"/>
            <w:r w:rsidRPr="000978B9">
              <w:rPr>
                <w:rFonts w:cs="Times New Roman"/>
                <w:sz w:val="22"/>
              </w:rPr>
              <w:t>Муленко</w:t>
            </w:r>
            <w:proofErr w:type="spellEnd"/>
            <w:r w:rsidRPr="000978B9">
              <w:rPr>
                <w:rFonts w:cs="Times New Roman"/>
                <w:sz w:val="22"/>
              </w:rPr>
              <w:t> Адель-Софія </w:t>
            </w:r>
          </w:p>
        </w:tc>
      </w:tr>
      <w:tr w:rsidR="00D5165D" w:rsidRPr="000978B9" w14:paraId="6E2F7FAE" w14:textId="77777777" w:rsidTr="00D5165D">
        <w:trPr>
          <w:jc w:val="center"/>
        </w:trPr>
        <w:tc>
          <w:tcPr>
            <w:tcW w:w="1212" w:type="dxa"/>
          </w:tcPr>
          <w:p w14:paraId="184DC006" w14:textId="7EB0F074" w:rsidR="00D5165D" w:rsidRPr="000978B9" w:rsidRDefault="00D5165D" w:rsidP="000978B9">
            <w:pPr>
              <w:rPr>
                <w:rFonts w:cs="Times New Roman"/>
                <w:sz w:val="22"/>
              </w:rPr>
            </w:pPr>
            <w:r w:rsidRPr="000978B9">
              <w:rPr>
                <w:rFonts w:cs="Times New Roman"/>
                <w:sz w:val="22"/>
              </w:rPr>
              <w:t>16.04.2024 </w:t>
            </w:r>
          </w:p>
        </w:tc>
        <w:tc>
          <w:tcPr>
            <w:tcW w:w="4422" w:type="dxa"/>
          </w:tcPr>
          <w:p w14:paraId="79CC5708" w14:textId="1018323D" w:rsidR="00D5165D" w:rsidRPr="000978B9" w:rsidRDefault="00D5165D" w:rsidP="000978B9">
            <w:pPr>
              <w:rPr>
                <w:rFonts w:cs="Times New Roman"/>
                <w:sz w:val="22"/>
              </w:rPr>
            </w:pPr>
            <w:r w:rsidRPr="000978B9">
              <w:rPr>
                <w:rFonts w:cs="Times New Roman"/>
                <w:sz w:val="22"/>
              </w:rPr>
              <w:t>Знайомство з ГО Люди UA </w:t>
            </w:r>
          </w:p>
        </w:tc>
        <w:tc>
          <w:tcPr>
            <w:tcW w:w="4209" w:type="dxa"/>
          </w:tcPr>
          <w:p w14:paraId="2F33B83B" w14:textId="0B4C19B1" w:rsidR="00D5165D" w:rsidRPr="000978B9" w:rsidRDefault="00D5165D" w:rsidP="000978B9">
            <w:pPr>
              <w:rPr>
                <w:rFonts w:cs="Times New Roman"/>
                <w:sz w:val="22"/>
              </w:rPr>
            </w:pPr>
            <w:r w:rsidRPr="000978B9">
              <w:rPr>
                <w:rFonts w:cs="Times New Roman"/>
                <w:sz w:val="22"/>
              </w:rPr>
              <w:t>Павло Мельников, один із засновників ГО, директор </w:t>
            </w:r>
          </w:p>
        </w:tc>
      </w:tr>
      <w:tr w:rsidR="00D5165D" w:rsidRPr="000978B9" w14:paraId="1CDB9B7C" w14:textId="77777777" w:rsidTr="00D5165D">
        <w:trPr>
          <w:jc w:val="center"/>
        </w:trPr>
        <w:tc>
          <w:tcPr>
            <w:tcW w:w="1212" w:type="dxa"/>
          </w:tcPr>
          <w:p w14:paraId="32F39200" w14:textId="650592A4" w:rsidR="00D5165D" w:rsidRPr="000978B9" w:rsidRDefault="00D5165D" w:rsidP="000978B9">
            <w:pPr>
              <w:rPr>
                <w:rFonts w:cs="Times New Roman"/>
                <w:sz w:val="22"/>
              </w:rPr>
            </w:pPr>
            <w:r w:rsidRPr="000978B9">
              <w:rPr>
                <w:rFonts w:cs="Times New Roman"/>
                <w:sz w:val="22"/>
              </w:rPr>
              <w:t>23.04.2024 </w:t>
            </w:r>
          </w:p>
        </w:tc>
        <w:tc>
          <w:tcPr>
            <w:tcW w:w="4422" w:type="dxa"/>
          </w:tcPr>
          <w:p w14:paraId="4534C891" w14:textId="01825261" w:rsidR="00D5165D" w:rsidRPr="000978B9" w:rsidRDefault="00D5165D" w:rsidP="000978B9">
            <w:pPr>
              <w:rPr>
                <w:rFonts w:cs="Times New Roman"/>
                <w:sz w:val="22"/>
              </w:rPr>
            </w:pPr>
            <w:r w:rsidRPr="000978B9">
              <w:rPr>
                <w:rFonts w:cs="Times New Roman"/>
                <w:sz w:val="22"/>
              </w:rPr>
              <w:t xml:space="preserve">Бельгійські інвестиції у промисловість Донеччини та Луганщини наприкінці XIX </w:t>
            </w:r>
            <w:r w:rsidRPr="000978B9">
              <w:rPr>
                <w:rFonts w:cs="Times New Roman"/>
                <w:sz w:val="22"/>
              </w:rPr>
              <w:lastRenderedPageBreak/>
              <w:t>- початку XX ст. </w:t>
            </w:r>
          </w:p>
        </w:tc>
        <w:tc>
          <w:tcPr>
            <w:tcW w:w="4209" w:type="dxa"/>
          </w:tcPr>
          <w:p w14:paraId="14FF2FDB" w14:textId="7F9EF3C1" w:rsidR="00D5165D" w:rsidRPr="000978B9" w:rsidRDefault="00D5165D" w:rsidP="000978B9">
            <w:pPr>
              <w:rPr>
                <w:rFonts w:cs="Times New Roman"/>
                <w:sz w:val="22"/>
              </w:rPr>
            </w:pPr>
            <w:proofErr w:type="spellStart"/>
            <w:r w:rsidRPr="000978B9">
              <w:rPr>
                <w:rFonts w:cs="Times New Roman"/>
                <w:sz w:val="22"/>
              </w:rPr>
              <w:lastRenderedPageBreak/>
              <w:t>Новосельський</w:t>
            </w:r>
            <w:proofErr w:type="spellEnd"/>
            <w:r w:rsidRPr="000978B9">
              <w:rPr>
                <w:rFonts w:cs="Times New Roman"/>
                <w:sz w:val="22"/>
              </w:rPr>
              <w:t xml:space="preserve"> Андрій Михайлович - аспірант кафедри історії та археології </w:t>
            </w:r>
            <w:r w:rsidRPr="000978B9">
              <w:rPr>
                <w:rFonts w:cs="Times New Roman"/>
                <w:sz w:val="22"/>
              </w:rPr>
              <w:lastRenderedPageBreak/>
              <w:t>СНУ ім. В. Даля, </w:t>
            </w:r>
          </w:p>
        </w:tc>
      </w:tr>
      <w:tr w:rsidR="00D5165D" w:rsidRPr="000978B9" w14:paraId="2DD395DB" w14:textId="77777777" w:rsidTr="00D5165D">
        <w:trPr>
          <w:jc w:val="center"/>
        </w:trPr>
        <w:tc>
          <w:tcPr>
            <w:tcW w:w="1212" w:type="dxa"/>
          </w:tcPr>
          <w:p w14:paraId="4CD9B243" w14:textId="21D78B33" w:rsidR="00D5165D" w:rsidRPr="000978B9" w:rsidRDefault="00D5165D" w:rsidP="000978B9">
            <w:pPr>
              <w:rPr>
                <w:rFonts w:cs="Times New Roman"/>
                <w:sz w:val="22"/>
              </w:rPr>
            </w:pPr>
            <w:r w:rsidRPr="000978B9">
              <w:rPr>
                <w:rFonts w:cs="Times New Roman"/>
                <w:sz w:val="22"/>
              </w:rPr>
              <w:lastRenderedPageBreak/>
              <w:t>30.04.2024 </w:t>
            </w:r>
          </w:p>
        </w:tc>
        <w:tc>
          <w:tcPr>
            <w:tcW w:w="4422" w:type="dxa"/>
          </w:tcPr>
          <w:p w14:paraId="569891B3" w14:textId="0FFA2CE0" w:rsidR="00D5165D" w:rsidRPr="000978B9" w:rsidRDefault="00D5165D" w:rsidP="000978B9">
            <w:pPr>
              <w:rPr>
                <w:rFonts w:cs="Times New Roman"/>
                <w:sz w:val="22"/>
              </w:rPr>
            </w:pPr>
            <w:r w:rsidRPr="000978B9">
              <w:rPr>
                <w:rFonts w:cs="Times New Roman"/>
                <w:sz w:val="22"/>
              </w:rPr>
              <w:t>Кримськотатарський ресурсний центр: спротив російській окупації, підготовка реінтеграції </w:t>
            </w:r>
          </w:p>
        </w:tc>
        <w:tc>
          <w:tcPr>
            <w:tcW w:w="4209" w:type="dxa"/>
          </w:tcPr>
          <w:p w14:paraId="361A664E" w14:textId="6852761A" w:rsidR="00D5165D" w:rsidRPr="000978B9" w:rsidRDefault="00D5165D" w:rsidP="000978B9">
            <w:pPr>
              <w:rPr>
                <w:rFonts w:cs="Times New Roman"/>
                <w:sz w:val="22"/>
              </w:rPr>
            </w:pPr>
            <w:r w:rsidRPr="000978B9">
              <w:rPr>
                <w:rFonts w:cs="Times New Roman"/>
                <w:sz w:val="22"/>
              </w:rPr>
              <w:t> </w:t>
            </w:r>
            <w:r w:rsidR="003E297A" w:rsidRPr="000978B9">
              <w:rPr>
                <w:rFonts w:cs="Times New Roman"/>
                <w:sz w:val="22"/>
              </w:rPr>
              <w:t>Запрошені спікери</w:t>
            </w:r>
          </w:p>
        </w:tc>
      </w:tr>
      <w:tr w:rsidR="00D5165D" w:rsidRPr="000978B9" w14:paraId="56F1166D" w14:textId="77777777" w:rsidTr="00D5165D">
        <w:trPr>
          <w:jc w:val="center"/>
        </w:trPr>
        <w:tc>
          <w:tcPr>
            <w:tcW w:w="1212" w:type="dxa"/>
          </w:tcPr>
          <w:p w14:paraId="5BA8E19B" w14:textId="6503F366" w:rsidR="00D5165D" w:rsidRPr="000978B9" w:rsidRDefault="00D5165D" w:rsidP="000978B9">
            <w:pPr>
              <w:rPr>
                <w:rFonts w:cs="Times New Roman"/>
                <w:sz w:val="22"/>
              </w:rPr>
            </w:pPr>
            <w:r w:rsidRPr="000978B9">
              <w:rPr>
                <w:rFonts w:cs="Times New Roman"/>
                <w:sz w:val="22"/>
              </w:rPr>
              <w:t>07.05.2024 </w:t>
            </w:r>
          </w:p>
        </w:tc>
        <w:tc>
          <w:tcPr>
            <w:tcW w:w="4422" w:type="dxa"/>
          </w:tcPr>
          <w:p w14:paraId="78E3D4D1" w14:textId="6DAE9DD4" w:rsidR="00D5165D" w:rsidRPr="000978B9" w:rsidRDefault="00D5165D" w:rsidP="000978B9">
            <w:pPr>
              <w:rPr>
                <w:rFonts w:cs="Times New Roman"/>
                <w:sz w:val="22"/>
              </w:rPr>
            </w:pPr>
            <w:r w:rsidRPr="000978B9">
              <w:rPr>
                <w:rFonts w:cs="Times New Roman"/>
                <w:sz w:val="22"/>
              </w:rPr>
              <w:t>Факультетські кураторські години </w:t>
            </w:r>
          </w:p>
        </w:tc>
        <w:tc>
          <w:tcPr>
            <w:tcW w:w="4209" w:type="dxa"/>
          </w:tcPr>
          <w:p w14:paraId="57684A23" w14:textId="5EE9AFCC" w:rsidR="00D5165D" w:rsidRPr="000978B9" w:rsidRDefault="00D5165D" w:rsidP="000978B9">
            <w:pPr>
              <w:rPr>
                <w:rFonts w:cs="Times New Roman"/>
                <w:sz w:val="22"/>
              </w:rPr>
            </w:pPr>
            <w:r w:rsidRPr="000978B9">
              <w:rPr>
                <w:rFonts w:cs="Times New Roman"/>
                <w:sz w:val="22"/>
              </w:rPr>
              <w:t>Декани </w:t>
            </w:r>
          </w:p>
        </w:tc>
      </w:tr>
      <w:tr w:rsidR="00D5165D" w:rsidRPr="000978B9" w14:paraId="408E1BED" w14:textId="77777777" w:rsidTr="00D5165D">
        <w:trPr>
          <w:jc w:val="center"/>
        </w:trPr>
        <w:tc>
          <w:tcPr>
            <w:tcW w:w="1212" w:type="dxa"/>
          </w:tcPr>
          <w:p w14:paraId="0B3BAFE9" w14:textId="639D8205" w:rsidR="00D5165D" w:rsidRPr="000978B9" w:rsidRDefault="00D5165D" w:rsidP="000978B9">
            <w:pPr>
              <w:rPr>
                <w:rFonts w:cs="Times New Roman"/>
                <w:sz w:val="22"/>
              </w:rPr>
            </w:pPr>
            <w:r w:rsidRPr="000978B9">
              <w:rPr>
                <w:rFonts w:cs="Times New Roman"/>
                <w:sz w:val="22"/>
              </w:rPr>
              <w:t>14.05.2024 </w:t>
            </w:r>
          </w:p>
        </w:tc>
        <w:tc>
          <w:tcPr>
            <w:tcW w:w="4422" w:type="dxa"/>
          </w:tcPr>
          <w:p w14:paraId="0BD84115" w14:textId="460A0099"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209" w:type="dxa"/>
          </w:tcPr>
          <w:p w14:paraId="02458864" w14:textId="08C5BF1C" w:rsidR="00D5165D" w:rsidRPr="000978B9" w:rsidRDefault="00D5165D" w:rsidP="000978B9">
            <w:pPr>
              <w:rPr>
                <w:rFonts w:cs="Times New Roman"/>
                <w:sz w:val="22"/>
              </w:rPr>
            </w:pPr>
            <w:r w:rsidRPr="000978B9">
              <w:rPr>
                <w:rFonts w:cs="Times New Roman"/>
                <w:sz w:val="22"/>
              </w:rPr>
              <w:t>Куратори академічних груп </w:t>
            </w:r>
          </w:p>
        </w:tc>
      </w:tr>
      <w:tr w:rsidR="00D5165D" w:rsidRPr="000978B9" w14:paraId="6E201263" w14:textId="77777777" w:rsidTr="00D5165D">
        <w:trPr>
          <w:jc w:val="center"/>
        </w:trPr>
        <w:tc>
          <w:tcPr>
            <w:tcW w:w="1212" w:type="dxa"/>
          </w:tcPr>
          <w:p w14:paraId="0AEF89C4" w14:textId="2C91DE39" w:rsidR="00D5165D" w:rsidRPr="000978B9" w:rsidRDefault="00D5165D" w:rsidP="000978B9">
            <w:pPr>
              <w:rPr>
                <w:rFonts w:cs="Times New Roman"/>
                <w:sz w:val="22"/>
              </w:rPr>
            </w:pPr>
            <w:r w:rsidRPr="000978B9">
              <w:rPr>
                <w:rFonts w:cs="Times New Roman"/>
                <w:sz w:val="22"/>
              </w:rPr>
              <w:t>21.05.2024 </w:t>
            </w:r>
          </w:p>
        </w:tc>
        <w:tc>
          <w:tcPr>
            <w:tcW w:w="4422" w:type="dxa"/>
          </w:tcPr>
          <w:p w14:paraId="2284CA0B" w14:textId="25413A43" w:rsidR="00D5165D" w:rsidRPr="000978B9" w:rsidRDefault="00D5165D" w:rsidP="000978B9">
            <w:pPr>
              <w:rPr>
                <w:rFonts w:cs="Times New Roman"/>
                <w:sz w:val="22"/>
              </w:rPr>
            </w:pPr>
            <w:r w:rsidRPr="000978B9">
              <w:rPr>
                <w:rFonts w:cs="Times New Roman"/>
                <w:sz w:val="22"/>
              </w:rPr>
              <w:t>Порядок денний : мобілізація </w:t>
            </w:r>
          </w:p>
        </w:tc>
        <w:tc>
          <w:tcPr>
            <w:tcW w:w="4209" w:type="dxa"/>
          </w:tcPr>
          <w:p w14:paraId="5B47D76B" w14:textId="5264F2CE" w:rsidR="00D5165D" w:rsidRPr="000978B9" w:rsidRDefault="00D5165D" w:rsidP="000978B9">
            <w:pPr>
              <w:rPr>
                <w:rFonts w:cs="Times New Roman"/>
                <w:sz w:val="22"/>
              </w:rPr>
            </w:pPr>
            <w:r w:rsidRPr="000978B9">
              <w:rPr>
                <w:rFonts w:cs="Times New Roman"/>
                <w:sz w:val="22"/>
              </w:rPr>
              <w:t>Вікторія </w:t>
            </w:r>
            <w:proofErr w:type="spellStart"/>
            <w:r w:rsidRPr="000978B9">
              <w:rPr>
                <w:rFonts w:cs="Times New Roman"/>
                <w:sz w:val="22"/>
              </w:rPr>
              <w:t>Жолудєва</w:t>
            </w:r>
            <w:proofErr w:type="spellEnd"/>
            <w:r w:rsidRPr="000978B9">
              <w:rPr>
                <w:rFonts w:cs="Times New Roman"/>
                <w:sz w:val="22"/>
              </w:rPr>
              <w:t>, голова юридичної клініки </w:t>
            </w:r>
            <w:proofErr w:type="spellStart"/>
            <w:r w:rsidRPr="000978B9">
              <w:rPr>
                <w:rFonts w:cs="Times New Roman"/>
                <w:sz w:val="22"/>
              </w:rPr>
              <w:t>Pro</w:t>
            </w:r>
            <w:proofErr w:type="spellEnd"/>
            <w:r w:rsidRPr="000978B9">
              <w:rPr>
                <w:rFonts w:cs="Times New Roman"/>
                <w:sz w:val="22"/>
              </w:rPr>
              <w:t> </w:t>
            </w:r>
            <w:proofErr w:type="spellStart"/>
            <w:r w:rsidRPr="000978B9">
              <w:rPr>
                <w:rFonts w:cs="Times New Roman"/>
                <w:sz w:val="22"/>
              </w:rPr>
              <w:t>Bono</w:t>
            </w:r>
            <w:proofErr w:type="spellEnd"/>
            <w:r w:rsidRPr="000978B9">
              <w:rPr>
                <w:rFonts w:cs="Times New Roman"/>
                <w:sz w:val="22"/>
              </w:rPr>
              <w:t>, </w:t>
            </w:r>
            <w:proofErr w:type="spellStart"/>
            <w:r w:rsidRPr="000978B9">
              <w:rPr>
                <w:rFonts w:cs="Times New Roman"/>
                <w:sz w:val="22"/>
              </w:rPr>
              <w:t>к.ю.н</w:t>
            </w:r>
            <w:proofErr w:type="spellEnd"/>
            <w:r w:rsidRPr="000978B9">
              <w:rPr>
                <w:rFonts w:cs="Times New Roman"/>
                <w:sz w:val="22"/>
              </w:rPr>
              <w:t>., доцент кафедри правознавства </w:t>
            </w:r>
          </w:p>
        </w:tc>
      </w:tr>
      <w:tr w:rsidR="00D5165D" w:rsidRPr="000978B9" w14:paraId="0C17E30A" w14:textId="77777777" w:rsidTr="00D5165D">
        <w:trPr>
          <w:jc w:val="center"/>
        </w:trPr>
        <w:tc>
          <w:tcPr>
            <w:tcW w:w="1212" w:type="dxa"/>
          </w:tcPr>
          <w:p w14:paraId="56A1FA28" w14:textId="7306F377" w:rsidR="00D5165D" w:rsidRPr="000978B9" w:rsidRDefault="00D5165D" w:rsidP="000978B9">
            <w:pPr>
              <w:rPr>
                <w:rFonts w:cs="Times New Roman"/>
                <w:sz w:val="22"/>
              </w:rPr>
            </w:pPr>
            <w:r w:rsidRPr="000978B9">
              <w:rPr>
                <w:rFonts w:cs="Times New Roman"/>
                <w:sz w:val="22"/>
              </w:rPr>
              <w:t>28.05.2024 </w:t>
            </w:r>
          </w:p>
        </w:tc>
        <w:tc>
          <w:tcPr>
            <w:tcW w:w="4422" w:type="dxa"/>
          </w:tcPr>
          <w:p w14:paraId="27617CCC" w14:textId="77777777" w:rsidR="00D5165D" w:rsidRPr="000978B9" w:rsidRDefault="00D5165D" w:rsidP="000978B9">
            <w:pPr>
              <w:rPr>
                <w:rFonts w:cs="Times New Roman"/>
                <w:sz w:val="22"/>
              </w:rPr>
            </w:pPr>
            <w:r w:rsidRPr="000978B9">
              <w:rPr>
                <w:rFonts w:cs="Times New Roman"/>
                <w:sz w:val="22"/>
              </w:rPr>
              <w:t>Порядок денний : мобілізація</w:t>
            </w:r>
          </w:p>
          <w:p w14:paraId="1F06A1C1" w14:textId="61FD6344" w:rsidR="00D5165D" w:rsidRPr="000978B9" w:rsidRDefault="00D5165D" w:rsidP="000978B9">
            <w:pPr>
              <w:rPr>
                <w:rFonts w:cs="Times New Roman"/>
                <w:sz w:val="22"/>
              </w:rPr>
            </w:pPr>
            <w:r w:rsidRPr="000978B9">
              <w:rPr>
                <w:rFonts w:cs="Times New Roman"/>
                <w:sz w:val="22"/>
              </w:rPr>
              <w:t>(частина 2) </w:t>
            </w:r>
          </w:p>
        </w:tc>
        <w:tc>
          <w:tcPr>
            <w:tcW w:w="4209" w:type="dxa"/>
          </w:tcPr>
          <w:p w14:paraId="5C783F0E" w14:textId="40CB2FE9" w:rsidR="00D5165D" w:rsidRPr="000978B9" w:rsidRDefault="00D5165D" w:rsidP="000978B9">
            <w:pPr>
              <w:rPr>
                <w:rFonts w:cs="Times New Roman"/>
                <w:sz w:val="22"/>
              </w:rPr>
            </w:pPr>
            <w:r w:rsidRPr="000978B9">
              <w:rPr>
                <w:rFonts w:cs="Times New Roman"/>
                <w:sz w:val="22"/>
              </w:rPr>
              <w:t>Вікторія </w:t>
            </w:r>
            <w:proofErr w:type="spellStart"/>
            <w:r w:rsidRPr="000978B9">
              <w:rPr>
                <w:rFonts w:cs="Times New Roman"/>
                <w:sz w:val="22"/>
              </w:rPr>
              <w:t>Жолудєва</w:t>
            </w:r>
            <w:proofErr w:type="spellEnd"/>
            <w:r w:rsidRPr="000978B9">
              <w:rPr>
                <w:rFonts w:cs="Times New Roman"/>
                <w:sz w:val="22"/>
              </w:rPr>
              <w:t>, голова юридичної клініки </w:t>
            </w:r>
            <w:proofErr w:type="spellStart"/>
            <w:r w:rsidRPr="000978B9">
              <w:rPr>
                <w:rFonts w:cs="Times New Roman"/>
                <w:sz w:val="22"/>
              </w:rPr>
              <w:t>Pro</w:t>
            </w:r>
            <w:proofErr w:type="spellEnd"/>
            <w:r w:rsidRPr="000978B9">
              <w:rPr>
                <w:rFonts w:cs="Times New Roman"/>
                <w:sz w:val="22"/>
              </w:rPr>
              <w:t> </w:t>
            </w:r>
            <w:proofErr w:type="spellStart"/>
            <w:r w:rsidRPr="000978B9">
              <w:rPr>
                <w:rFonts w:cs="Times New Roman"/>
                <w:sz w:val="22"/>
              </w:rPr>
              <w:t>Bono</w:t>
            </w:r>
            <w:proofErr w:type="spellEnd"/>
            <w:r w:rsidRPr="000978B9">
              <w:rPr>
                <w:rFonts w:cs="Times New Roman"/>
                <w:sz w:val="22"/>
              </w:rPr>
              <w:t>, </w:t>
            </w:r>
            <w:proofErr w:type="spellStart"/>
            <w:r w:rsidRPr="000978B9">
              <w:rPr>
                <w:rFonts w:cs="Times New Roman"/>
                <w:sz w:val="22"/>
              </w:rPr>
              <w:t>к.ю.н</w:t>
            </w:r>
            <w:proofErr w:type="spellEnd"/>
            <w:r w:rsidRPr="000978B9">
              <w:rPr>
                <w:rFonts w:cs="Times New Roman"/>
                <w:sz w:val="22"/>
              </w:rPr>
              <w:t>., доцент кафедри правознавства </w:t>
            </w:r>
          </w:p>
        </w:tc>
      </w:tr>
      <w:tr w:rsidR="00D5165D" w:rsidRPr="000978B9" w14:paraId="4B8CD1FB" w14:textId="77777777" w:rsidTr="00D5165D">
        <w:trPr>
          <w:jc w:val="center"/>
        </w:trPr>
        <w:tc>
          <w:tcPr>
            <w:tcW w:w="1212" w:type="dxa"/>
          </w:tcPr>
          <w:p w14:paraId="61C9E198" w14:textId="6CB7165C" w:rsidR="00D5165D" w:rsidRPr="000978B9" w:rsidRDefault="00D5165D" w:rsidP="000978B9">
            <w:pPr>
              <w:rPr>
                <w:rFonts w:cs="Times New Roman"/>
                <w:sz w:val="22"/>
              </w:rPr>
            </w:pPr>
            <w:r w:rsidRPr="000978B9">
              <w:rPr>
                <w:rFonts w:cs="Times New Roman"/>
                <w:sz w:val="22"/>
              </w:rPr>
              <w:t>04.06.2024 </w:t>
            </w:r>
          </w:p>
        </w:tc>
        <w:tc>
          <w:tcPr>
            <w:tcW w:w="4422" w:type="dxa"/>
          </w:tcPr>
          <w:p w14:paraId="18E07EBB" w14:textId="4DF9E160"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209" w:type="dxa"/>
          </w:tcPr>
          <w:p w14:paraId="776A7EBB" w14:textId="0647F0A7" w:rsidR="00D5165D" w:rsidRPr="000978B9" w:rsidRDefault="00D5165D" w:rsidP="000978B9">
            <w:pPr>
              <w:rPr>
                <w:rFonts w:cs="Times New Roman"/>
                <w:sz w:val="22"/>
              </w:rPr>
            </w:pPr>
            <w:r w:rsidRPr="000978B9">
              <w:rPr>
                <w:rFonts w:cs="Times New Roman"/>
                <w:sz w:val="22"/>
              </w:rPr>
              <w:t>Куратори академічних груп </w:t>
            </w:r>
          </w:p>
        </w:tc>
      </w:tr>
    </w:tbl>
    <w:p w14:paraId="53D775D1" w14:textId="77777777" w:rsidR="003C1143" w:rsidRDefault="003C1143" w:rsidP="000978B9">
      <w:pPr>
        <w:rPr>
          <w:rFonts w:cs="Times New Roman"/>
          <w:szCs w:val="24"/>
        </w:rPr>
      </w:pPr>
    </w:p>
    <w:p w14:paraId="467FCB06" w14:textId="77777777" w:rsidR="000978B9" w:rsidRPr="000978B9" w:rsidRDefault="000978B9" w:rsidP="000978B9">
      <w:pPr>
        <w:rPr>
          <w:rFonts w:cs="Times New Roman"/>
          <w:szCs w:val="24"/>
        </w:rPr>
      </w:pPr>
    </w:p>
    <w:p w14:paraId="0BCFBE9A" w14:textId="77777777" w:rsidR="003C1143" w:rsidRPr="000978B9" w:rsidRDefault="00000000" w:rsidP="000978B9">
      <w:pPr>
        <w:jc w:val="center"/>
        <w:rPr>
          <w:rFonts w:cs="Times New Roman"/>
          <w:b/>
          <w:bCs/>
          <w:szCs w:val="24"/>
        </w:rPr>
      </w:pPr>
      <w:r w:rsidRPr="000978B9">
        <w:rPr>
          <w:rFonts w:cs="Times New Roman"/>
          <w:b/>
          <w:bCs/>
          <w:szCs w:val="24"/>
        </w:rPr>
        <w:t>2024–2025 навчальний рік</w:t>
      </w:r>
    </w:p>
    <w:tbl>
      <w:tblPr>
        <w:tblStyle w:val="aff2"/>
        <w:tblW w:w="0" w:type="auto"/>
        <w:jc w:val="center"/>
        <w:tblLook w:val="04A0" w:firstRow="1" w:lastRow="0" w:firstColumn="1" w:lastColumn="0" w:noHBand="0" w:noVBand="1"/>
      </w:tblPr>
      <w:tblGrid>
        <w:gridCol w:w="1261"/>
        <w:gridCol w:w="4320"/>
        <w:gridCol w:w="4041"/>
      </w:tblGrid>
      <w:tr w:rsidR="00D5165D" w:rsidRPr="000978B9" w14:paraId="6E9BAC04" w14:textId="77777777" w:rsidTr="00AF167E">
        <w:trPr>
          <w:jc w:val="center"/>
        </w:trPr>
        <w:tc>
          <w:tcPr>
            <w:tcW w:w="1261" w:type="dxa"/>
          </w:tcPr>
          <w:p w14:paraId="2E2258BE" w14:textId="77777777" w:rsidR="00D5165D" w:rsidRPr="000978B9" w:rsidRDefault="00D5165D" w:rsidP="000978B9">
            <w:pPr>
              <w:rPr>
                <w:rFonts w:cs="Times New Roman"/>
                <w:b/>
                <w:bCs/>
                <w:sz w:val="22"/>
              </w:rPr>
            </w:pPr>
            <w:r w:rsidRPr="000978B9">
              <w:rPr>
                <w:rFonts w:cs="Times New Roman"/>
                <w:b/>
                <w:bCs/>
                <w:sz w:val="22"/>
              </w:rPr>
              <w:t>Дата</w:t>
            </w:r>
          </w:p>
        </w:tc>
        <w:tc>
          <w:tcPr>
            <w:tcW w:w="4369" w:type="dxa"/>
          </w:tcPr>
          <w:p w14:paraId="76B34BAF" w14:textId="77777777" w:rsidR="00D5165D" w:rsidRPr="000978B9" w:rsidRDefault="00D5165D" w:rsidP="000978B9">
            <w:pPr>
              <w:rPr>
                <w:rFonts w:cs="Times New Roman"/>
                <w:b/>
                <w:bCs/>
                <w:sz w:val="22"/>
              </w:rPr>
            </w:pPr>
            <w:r w:rsidRPr="000978B9">
              <w:rPr>
                <w:rFonts w:cs="Times New Roman"/>
                <w:b/>
                <w:bCs/>
                <w:sz w:val="22"/>
              </w:rPr>
              <w:t>Тема</w:t>
            </w:r>
          </w:p>
        </w:tc>
        <w:tc>
          <w:tcPr>
            <w:tcW w:w="4168" w:type="dxa"/>
          </w:tcPr>
          <w:p w14:paraId="576B7089" w14:textId="2F9C86F6" w:rsidR="00D5165D" w:rsidRPr="000978B9" w:rsidRDefault="00D5165D" w:rsidP="000978B9">
            <w:pPr>
              <w:rPr>
                <w:rFonts w:cs="Times New Roman"/>
                <w:b/>
                <w:bCs/>
                <w:sz w:val="22"/>
              </w:rPr>
            </w:pPr>
            <w:r w:rsidRPr="000978B9">
              <w:rPr>
                <w:rFonts w:cs="Times New Roman"/>
                <w:b/>
                <w:bCs/>
                <w:sz w:val="22"/>
              </w:rPr>
              <w:t>Спікер</w:t>
            </w:r>
            <w:r w:rsidR="000978B9">
              <w:rPr>
                <w:rFonts w:cs="Times New Roman"/>
                <w:b/>
                <w:bCs/>
                <w:sz w:val="22"/>
              </w:rPr>
              <w:t>и</w:t>
            </w:r>
          </w:p>
        </w:tc>
      </w:tr>
      <w:tr w:rsidR="00D5165D" w:rsidRPr="000978B9" w14:paraId="302B418C" w14:textId="77777777" w:rsidTr="00AF167E">
        <w:trPr>
          <w:jc w:val="center"/>
        </w:trPr>
        <w:tc>
          <w:tcPr>
            <w:tcW w:w="1261" w:type="dxa"/>
          </w:tcPr>
          <w:p w14:paraId="65230312" w14:textId="4A626236" w:rsidR="00D5165D" w:rsidRPr="000978B9" w:rsidRDefault="00D5165D" w:rsidP="000978B9">
            <w:pPr>
              <w:rPr>
                <w:rFonts w:cs="Times New Roman"/>
                <w:sz w:val="22"/>
              </w:rPr>
            </w:pPr>
            <w:r w:rsidRPr="000978B9">
              <w:rPr>
                <w:rFonts w:cs="Times New Roman"/>
                <w:sz w:val="22"/>
              </w:rPr>
              <w:t>03.09.2024 </w:t>
            </w:r>
          </w:p>
        </w:tc>
        <w:tc>
          <w:tcPr>
            <w:tcW w:w="4369" w:type="dxa"/>
          </w:tcPr>
          <w:p w14:paraId="0B39BFDB" w14:textId="5AB8975E" w:rsidR="00D5165D" w:rsidRPr="000978B9" w:rsidRDefault="00D5165D" w:rsidP="000978B9">
            <w:pPr>
              <w:rPr>
                <w:rFonts w:cs="Times New Roman"/>
                <w:sz w:val="22"/>
              </w:rPr>
            </w:pPr>
            <w:r w:rsidRPr="000978B9">
              <w:rPr>
                <w:rFonts w:cs="Times New Roman"/>
                <w:sz w:val="22"/>
              </w:rPr>
              <w:t>Факультетські кураторські години </w:t>
            </w:r>
          </w:p>
        </w:tc>
        <w:tc>
          <w:tcPr>
            <w:tcW w:w="4168" w:type="dxa"/>
          </w:tcPr>
          <w:p w14:paraId="4181E0C4" w14:textId="2209B91D" w:rsidR="00D5165D" w:rsidRPr="000978B9" w:rsidRDefault="00D5165D" w:rsidP="000978B9">
            <w:pPr>
              <w:rPr>
                <w:rFonts w:cs="Times New Roman"/>
                <w:sz w:val="22"/>
              </w:rPr>
            </w:pPr>
            <w:r w:rsidRPr="000978B9">
              <w:rPr>
                <w:rFonts w:cs="Times New Roman"/>
                <w:sz w:val="22"/>
              </w:rPr>
              <w:t>Декани </w:t>
            </w:r>
          </w:p>
        </w:tc>
      </w:tr>
      <w:tr w:rsidR="00D5165D" w:rsidRPr="000978B9" w14:paraId="54C2779A" w14:textId="77777777" w:rsidTr="00AF167E">
        <w:trPr>
          <w:jc w:val="center"/>
        </w:trPr>
        <w:tc>
          <w:tcPr>
            <w:tcW w:w="1261" w:type="dxa"/>
          </w:tcPr>
          <w:p w14:paraId="067E681D" w14:textId="33558D7B" w:rsidR="00D5165D" w:rsidRPr="000978B9" w:rsidRDefault="00D5165D" w:rsidP="000978B9">
            <w:pPr>
              <w:rPr>
                <w:rFonts w:cs="Times New Roman"/>
                <w:sz w:val="22"/>
              </w:rPr>
            </w:pPr>
            <w:r w:rsidRPr="000978B9">
              <w:rPr>
                <w:rFonts w:cs="Times New Roman"/>
                <w:sz w:val="22"/>
              </w:rPr>
              <w:t>10.09.2024 </w:t>
            </w:r>
          </w:p>
        </w:tc>
        <w:tc>
          <w:tcPr>
            <w:tcW w:w="4369" w:type="dxa"/>
          </w:tcPr>
          <w:p w14:paraId="3A6CC241" w14:textId="6A3D33B8" w:rsidR="00D5165D" w:rsidRPr="000978B9" w:rsidRDefault="00D5165D" w:rsidP="000978B9">
            <w:pPr>
              <w:rPr>
                <w:rFonts w:cs="Times New Roman"/>
                <w:sz w:val="22"/>
              </w:rPr>
            </w:pPr>
            <w:r w:rsidRPr="000978B9">
              <w:rPr>
                <w:rFonts w:cs="Times New Roman"/>
                <w:sz w:val="22"/>
              </w:rPr>
              <w:t>Загальний старостат </w:t>
            </w:r>
          </w:p>
        </w:tc>
        <w:tc>
          <w:tcPr>
            <w:tcW w:w="4168" w:type="dxa"/>
          </w:tcPr>
          <w:p w14:paraId="79650769" w14:textId="22DC60D8" w:rsidR="00D5165D" w:rsidRPr="000978B9" w:rsidRDefault="00D5165D" w:rsidP="000978B9">
            <w:pPr>
              <w:rPr>
                <w:rFonts w:cs="Times New Roman"/>
                <w:sz w:val="22"/>
              </w:rPr>
            </w:pPr>
            <w:r w:rsidRPr="000978B9">
              <w:rPr>
                <w:rFonts w:cs="Times New Roman"/>
                <w:sz w:val="22"/>
              </w:rPr>
              <w:t>Голова Студентського самоврядування СНУ ім. В. Даля, </w:t>
            </w:r>
            <w:proofErr w:type="spellStart"/>
            <w:r w:rsidRPr="000978B9">
              <w:rPr>
                <w:rFonts w:cs="Times New Roman"/>
                <w:sz w:val="22"/>
              </w:rPr>
              <w:t>Наталья</w:t>
            </w:r>
            <w:proofErr w:type="spellEnd"/>
            <w:r w:rsidRPr="000978B9">
              <w:rPr>
                <w:rFonts w:cs="Times New Roman"/>
                <w:sz w:val="22"/>
              </w:rPr>
              <w:t xml:space="preserve"> Паніна. </w:t>
            </w:r>
          </w:p>
        </w:tc>
      </w:tr>
      <w:tr w:rsidR="00D5165D" w:rsidRPr="000978B9" w14:paraId="0368E43B" w14:textId="77777777" w:rsidTr="00AF167E">
        <w:trPr>
          <w:jc w:val="center"/>
        </w:trPr>
        <w:tc>
          <w:tcPr>
            <w:tcW w:w="1261" w:type="dxa"/>
          </w:tcPr>
          <w:p w14:paraId="437337B2" w14:textId="439B2D0D" w:rsidR="00D5165D" w:rsidRPr="000978B9" w:rsidRDefault="00D5165D" w:rsidP="000978B9">
            <w:pPr>
              <w:rPr>
                <w:rFonts w:cs="Times New Roman"/>
                <w:sz w:val="22"/>
              </w:rPr>
            </w:pPr>
            <w:r w:rsidRPr="000978B9">
              <w:rPr>
                <w:rFonts w:cs="Times New Roman"/>
                <w:sz w:val="22"/>
              </w:rPr>
              <w:t>17.09.2024 </w:t>
            </w:r>
          </w:p>
        </w:tc>
        <w:tc>
          <w:tcPr>
            <w:tcW w:w="4369" w:type="dxa"/>
          </w:tcPr>
          <w:p w14:paraId="62786379" w14:textId="77777777" w:rsidR="00D5165D" w:rsidRPr="000978B9" w:rsidRDefault="00D5165D" w:rsidP="000978B9">
            <w:pPr>
              <w:rPr>
                <w:rFonts w:cs="Times New Roman"/>
                <w:sz w:val="22"/>
              </w:rPr>
            </w:pPr>
            <w:r w:rsidRPr="000978B9">
              <w:rPr>
                <w:rFonts w:cs="Times New Roman"/>
                <w:sz w:val="22"/>
              </w:rPr>
              <w:t>"</w:t>
            </w:r>
            <w:proofErr w:type="spellStart"/>
            <w:r w:rsidRPr="000978B9">
              <w:rPr>
                <w:rFonts w:cs="Times New Roman"/>
                <w:sz w:val="22"/>
              </w:rPr>
              <w:t>TimeTable</w:t>
            </w:r>
            <w:proofErr w:type="spellEnd"/>
            <w:r w:rsidRPr="000978B9">
              <w:rPr>
                <w:rFonts w:cs="Times New Roman"/>
                <w:sz w:val="22"/>
              </w:rPr>
              <w:t> в дії: як правильно підключити вибіркові дисципліни" </w:t>
            </w:r>
          </w:p>
          <w:p w14:paraId="3F8D08AD" w14:textId="77777777" w:rsidR="00D5165D" w:rsidRPr="000978B9" w:rsidRDefault="00D5165D" w:rsidP="000978B9">
            <w:pPr>
              <w:rPr>
                <w:rFonts w:cs="Times New Roman"/>
                <w:sz w:val="22"/>
              </w:rPr>
            </w:pPr>
            <w:r w:rsidRPr="000978B9">
              <w:rPr>
                <w:rFonts w:cs="Times New Roman"/>
                <w:sz w:val="22"/>
              </w:rPr>
              <w:t> </w:t>
            </w:r>
          </w:p>
          <w:p w14:paraId="2092A805" w14:textId="77777777" w:rsidR="00D5165D" w:rsidRPr="000978B9" w:rsidRDefault="00D5165D" w:rsidP="000978B9">
            <w:pPr>
              <w:rPr>
                <w:rFonts w:cs="Times New Roman"/>
                <w:sz w:val="22"/>
              </w:rPr>
            </w:pPr>
            <w:r w:rsidRPr="000978B9">
              <w:rPr>
                <w:rFonts w:cs="Times New Roman"/>
                <w:sz w:val="22"/>
              </w:rPr>
              <w:t> </w:t>
            </w:r>
          </w:p>
          <w:p w14:paraId="362C7EF5" w14:textId="44EF2130" w:rsidR="00D5165D" w:rsidRPr="000978B9" w:rsidRDefault="00D5165D" w:rsidP="000978B9">
            <w:pPr>
              <w:rPr>
                <w:rFonts w:cs="Times New Roman"/>
                <w:sz w:val="22"/>
              </w:rPr>
            </w:pPr>
            <w:r w:rsidRPr="000978B9">
              <w:rPr>
                <w:rFonts w:cs="Times New Roman"/>
                <w:sz w:val="22"/>
              </w:rPr>
              <w:t> "Інформаційні  ресурси  та послуги наукової  бібліотеки СНУ ім. В. Даля на допомогу освітньому  процесу" </w:t>
            </w:r>
          </w:p>
        </w:tc>
        <w:tc>
          <w:tcPr>
            <w:tcW w:w="4168" w:type="dxa"/>
          </w:tcPr>
          <w:p w14:paraId="7D83AB44" w14:textId="77777777" w:rsidR="00D5165D" w:rsidRPr="000978B9" w:rsidRDefault="00D5165D" w:rsidP="000978B9">
            <w:pPr>
              <w:rPr>
                <w:rFonts w:cs="Times New Roman"/>
                <w:sz w:val="22"/>
              </w:rPr>
            </w:pPr>
            <w:proofErr w:type="spellStart"/>
            <w:r w:rsidRPr="000978B9">
              <w:rPr>
                <w:rFonts w:cs="Times New Roman"/>
                <w:sz w:val="22"/>
              </w:rPr>
              <w:t>Ратов</w:t>
            </w:r>
            <w:proofErr w:type="spellEnd"/>
            <w:r w:rsidRPr="000978B9">
              <w:rPr>
                <w:rFonts w:cs="Times New Roman"/>
                <w:sz w:val="22"/>
              </w:rPr>
              <w:t> Денис Валентинович, доцент кафедри інформаційних технологій та програмування; </w:t>
            </w:r>
          </w:p>
          <w:p w14:paraId="3F4E49B0" w14:textId="77777777" w:rsidR="00D5165D" w:rsidRPr="000978B9" w:rsidRDefault="00D5165D" w:rsidP="000978B9">
            <w:pPr>
              <w:rPr>
                <w:rFonts w:cs="Times New Roman"/>
                <w:sz w:val="22"/>
              </w:rPr>
            </w:pPr>
            <w:r w:rsidRPr="000978B9">
              <w:rPr>
                <w:rFonts w:cs="Times New Roman"/>
                <w:sz w:val="22"/>
              </w:rPr>
              <w:t> </w:t>
            </w:r>
          </w:p>
          <w:p w14:paraId="640F47EE" w14:textId="396DB3B0" w:rsidR="00D5165D" w:rsidRPr="000978B9" w:rsidRDefault="00D5165D" w:rsidP="000978B9">
            <w:pPr>
              <w:rPr>
                <w:rFonts w:cs="Times New Roman"/>
                <w:sz w:val="22"/>
              </w:rPr>
            </w:pPr>
            <w:r w:rsidRPr="000978B9">
              <w:rPr>
                <w:rFonts w:cs="Times New Roman"/>
                <w:sz w:val="22"/>
              </w:rPr>
              <w:t>Савельєва Вероніка Владиславівна, заступниця директора Наукової бібліотеки СНУ ім. В. Даля. </w:t>
            </w:r>
          </w:p>
        </w:tc>
      </w:tr>
      <w:tr w:rsidR="00D5165D" w:rsidRPr="000978B9" w14:paraId="75CF896D" w14:textId="77777777" w:rsidTr="00AF167E">
        <w:trPr>
          <w:jc w:val="center"/>
        </w:trPr>
        <w:tc>
          <w:tcPr>
            <w:tcW w:w="1261" w:type="dxa"/>
          </w:tcPr>
          <w:p w14:paraId="6A085577" w14:textId="5A1ED3E1" w:rsidR="00D5165D" w:rsidRPr="000978B9" w:rsidRDefault="00D5165D" w:rsidP="000978B9">
            <w:pPr>
              <w:rPr>
                <w:rFonts w:cs="Times New Roman"/>
                <w:sz w:val="22"/>
              </w:rPr>
            </w:pPr>
            <w:r w:rsidRPr="000978B9">
              <w:rPr>
                <w:rFonts w:cs="Times New Roman"/>
                <w:sz w:val="22"/>
              </w:rPr>
              <w:t>24.09.2024 </w:t>
            </w:r>
          </w:p>
        </w:tc>
        <w:tc>
          <w:tcPr>
            <w:tcW w:w="4369" w:type="dxa"/>
          </w:tcPr>
          <w:p w14:paraId="5CC3B29C" w14:textId="6B9C0A4D"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168" w:type="dxa"/>
          </w:tcPr>
          <w:p w14:paraId="5AA7F897" w14:textId="3A129D8D" w:rsidR="00D5165D" w:rsidRPr="000978B9" w:rsidRDefault="00D5165D" w:rsidP="000978B9">
            <w:pPr>
              <w:rPr>
                <w:rFonts w:cs="Times New Roman"/>
                <w:sz w:val="22"/>
              </w:rPr>
            </w:pPr>
            <w:r w:rsidRPr="000978B9">
              <w:rPr>
                <w:rFonts w:cs="Times New Roman"/>
                <w:sz w:val="22"/>
              </w:rPr>
              <w:t>Куратори академічних груп </w:t>
            </w:r>
          </w:p>
        </w:tc>
      </w:tr>
      <w:tr w:rsidR="00D5165D" w:rsidRPr="000978B9" w14:paraId="7410881D" w14:textId="77777777" w:rsidTr="00AF167E">
        <w:trPr>
          <w:jc w:val="center"/>
        </w:trPr>
        <w:tc>
          <w:tcPr>
            <w:tcW w:w="1261" w:type="dxa"/>
          </w:tcPr>
          <w:p w14:paraId="35D80093" w14:textId="57E9FC47" w:rsidR="00D5165D" w:rsidRPr="000978B9" w:rsidRDefault="00D5165D" w:rsidP="000978B9">
            <w:pPr>
              <w:rPr>
                <w:rFonts w:cs="Times New Roman"/>
                <w:sz w:val="22"/>
              </w:rPr>
            </w:pPr>
            <w:r w:rsidRPr="000978B9">
              <w:rPr>
                <w:rFonts w:cs="Times New Roman"/>
                <w:sz w:val="22"/>
              </w:rPr>
              <w:t>01.10.2024 </w:t>
            </w:r>
          </w:p>
        </w:tc>
        <w:tc>
          <w:tcPr>
            <w:tcW w:w="4369" w:type="dxa"/>
          </w:tcPr>
          <w:p w14:paraId="3A9AE97C" w14:textId="7BF042D1" w:rsidR="00D5165D" w:rsidRPr="000978B9" w:rsidRDefault="00D5165D" w:rsidP="000978B9">
            <w:pPr>
              <w:rPr>
                <w:rFonts w:cs="Times New Roman"/>
                <w:sz w:val="22"/>
              </w:rPr>
            </w:pPr>
            <w:r w:rsidRPr="000978B9">
              <w:rPr>
                <w:rFonts w:cs="Times New Roman"/>
                <w:sz w:val="22"/>
              </w:rPr>
              <w:t>З нагоди Дня захисників і захисниць України </w:t>
            </w:r>
          </w:p>
        </w:tc>
        <w:tc>
          <w:tcPr>
            <w:tcW w:w="4168" w:type="dxa"/>
          </w:tcPr>
          <w:p w14:paraId="63FC0AF8" w14:textId="7B84AD71" w:rsidR="00D5165D" w:rsidRPr="000978B9" w:rsidRDefault="00D5165D" w:rsidP="000978B9">
            <w:pPr>
              <w:rPr>
                <w:rFonts w:cs="Times New Roman"/>
                <w:sz w:val="22"/>
              </w:rPr>
            </w:pPr>
            <w:r w:rsidRPr="000978B9">
              <w:rPr>
                <w:rFonts w:cs="Times New Roman"/>
                <w:sz w:val="22"/>
              </w:rPr>
              <w:t>Студенти – Погорілий Артем </w:t>
            </w:r>
          </w:p>
        </w:tc>
      </w:tr>
      <w:tr w:rsidR="00D5165D" w:rsidRPr="000978B9" w14:paraId="3EEF8715" w14:textId="77777777" w:rsidTr="00AF167E">
        <w:trPr>
          <w:jc w:val="center"/>
        </w:trPr>
        <w:tc>
          <w:tcPr>
            <w:tcW w:w="1261" w:type="dxa"/>
          </w:tcPr>
          <w:p w14:paraId="2C8330DA" w14:textId="46801A1E" w:rsidR="00D5165D" w:rsidRPr="000978B9" w:rsidRDefault="00D5165D" w:rsidP="000978B9">
            <w:pPr>
              <w:rPr>
                <w:rFonts w:cs="Times New Roman"/>
                <w:sz w:val="22"/>
              </w:rPr>
            </w:pPr>
            <w:r w:rsidRPr="000978B9">
              <w:rPr>
                <w:rFonts w:cs="Times New Roman"/>
                <w:sz w:val="22"/>
              </w:rPr>
              <w:t>08.10.2024 </w:t>
            </w:r>
          </w:p>
        </w:tc>
        <w:tc>
          <w:tcPr>
            <w:tcW w:w="4369" w:type="dxa"/>
          </w:tcPr>
          <w:p w14:paraId="2BFEB73F" w14:textId="77777777" w:rsidR="00D5165D" w:rsidRPr="000978B9" w:rsidRDefault="00D5165D" w:rsidP="000978B9">
            <w:pPr>
              <w:rPr>
                <w:rFonts w:cs="Times New Roman"/>
                <w:sz w:val="22"/>
              </w:rPr>
            </w:pPr>
            <w:r w:rsidRPr="000978B9">
              <w:rPr>
                <w:rFonts w:cs="Times New Roman"/>
                <w:sz w:val="22"/>
              </w:rPr>
              <w:t>Про юридичну клініку "</w:t>
            </w:r>
            <w:proofErr w:type="spellStart"/>
            <w:r w:rsidRPr="000978B9">
              <w:rPr>
                <w:rFonts w:cs="Times New Roman"/>
                <w:sz w:val="22"/>
              </w:rPr>
              <w:t>Pro</w:t>
            </w:r>
            <w:proofErr w:type="spellEnd"/>
            <w:r w:rsidRPr="000978B9">
              <w:rPr>
                <w:rFonts w:cs="Times New Roman"/>
                <w:sz w:val="22"/>
              </w:rPr>
              <w:t> </w:t>
            </w:r>
            <w:proofErr w:type="spellStart"/>
            <w:r w:rsidRPr="000978B9">
              <w:rPr>
                <w:rFonts w:cs="Times New Roman"/>
                <w:sz w:val="22"/>
              </w:rPr>
              <w:t>bono</w:t>
            </w:r>
            <w:proofErr w:type="spellEnd"/>
            <w:r w:rsidRPr="000978B9">
              <w:rPr>
                <w:rFonts w:cs="Times New Roman"/>
                <w:sz w:val="22"/>
              </w:rPr>
              <w:t>"  </w:t>
            </w:r>
          </w:p>
          <w:p w14:paraId="65C8B4A4" w14:textId="77777777" w:rsidR="00D5165D" w:rsidRPr="000978B9" w:rsidRDefault="00D5165D" w:rsidP="000978B9">
            <w:pPr>
              <w:rPr>
                <w:rFonts w:cs="Times New Roman"/>
                <w:sz w:val="22"/>
              </w:rPr>
            </w:pPr>
            <w:r w:rsidRPr="000978B9">
              <w:rPr>
                <w:rFonts w:cs="Times New Roman"/>
                <w:sz w:val="22"/>
              </w:rPr>
              <w:t> </w:t>
            </w:r>
          </w:p>
          <w:p w14:paraId="2CC8039C" w14:textId="2C3F418B" w:rsidR="00D5165D" w:rsidRPr="000978B9" w:rsidRDefault="00D5165D" w:rsidP="000978B9">
            <w:pPr>
              <w:rPr>
                <w:rFonts w:cs="Times New Roman"/>
                <w:sz w:val="22"/>
              </w:rPr>
            </w:pPr>
            <w:r w:rsidRPr="000978B9">
              <w:rPr>
                <w:rFonts w:cs="Times New Roman"/>
                <w:sz w:val="22"/>
              </w:rPr>
              <w:t>  </w:t>
            </w:r>
          </w:p>
          <w:p w14:paraId="103F3411" w14:textId="77777777" w:rsidR="00D5165D" w:rsidRPr="000978B9" w:rsidRDefault="00D5165D" w:rsidP="000978B9">
            <w:pPr>
              <w:rPr>
                <w:rFonts w:cs="Times New Roman"/>
                <w:sz w:val="22"/>
              </w:rPr>
            </w:pPr>
            <w:r w:rsidRPr="000978B9">
              <w:rPr>
                <w:rFonts w:cs="Times New Roman"/>
                <w:sz w:val="22"/>
              </w:rPr>
              <w:t> </w:t>
            </w:r>
          </w:p>
          <w:p w14:paraId="63BD3316" w14:textId="77777777" w:rsidR="00D5165D" w:rsidRPr="000978B9" w:rsidRDefault="00D5165D" w:rsidP="000978B9">
            <w:pPr>
              <w:rPr>
                <w:rFonts w:cs="Times New Roman"/>
                <w:sz w:val="22"/>
              </w:rPr>
            </w:pPr>
            <w:r w:rsidRPr="000978B9">
              <w:rPr>
                <w:rFonts w:cs="Times New Roman"/>
                <w:sz w:val="22"/>
              </w:rPr>
              <w:t> </w:t>
            </w:r>
          </w:p>
          <w:p w14:paraId="6C5DB4B2" w14:textId="77777777" w:rsidR="00D5165D" w:rsidRPr="000978B9" w:rsidRDefault="00D5165D" w:rsidP="000978B9">
            <w:pPr>
              <w:rPr>
                <w:rFonts w:cs="Times New Roman"/>
                <w:sz w:val="22"/>
              </w:rPr>
            </w:pPr>
            <w:r w:rsidRPr="000978B9">
              <w:rPr>
                <w:rFonts w:cs="Times New Roman"/>
                <w:sz w:val="22"/>
              </w:rPr>
              <w:t> </w:t>
            </w:r>
          </w:p>
          <w:p w14:paraId="61EA0B78" w14:textId="77777777" w:rsidR="00D5165D" w:rsidRPr="000978B9" w:rsidRDefault="00D5165D" w:rsidP="000978B9">
            <w:pPr>
              <w:rPr>
                <w:rFonts w:cs="Times New Roman"/>
                <w:sz w:val="22"/>
              </w:rPr>
            </w:pPr>
            <w:r w:rsidRPr="000978B9">
              <w:rPr>
                <w:rFonts w:cs="Times New Roman"/>
                <w:sz w:val="22"/>
              </w:rPr>
              <w:t> </w:t>
            </w:r>
          </w:p>
          <w:p w14:paraId="6AC6EFB4" w14:textId="77777777" w:rsidR="00D5165D" w:rsidRPr="000978B9" w:rsidRDefault="00D5165D" w:rsidP="000978B9">
            <w:pPr>
              <w:rPr>
                <w:rFonts w:cs="Times New Roman"/>
                <w:sz w:val="22"/>
              </w:rPr>
            </w:pPr>
            <w:r w:rsidRPr="000978B9">
              <w:rPr>
                <w:rFonts w:cs="Times New Roman"/>
                <w:sz w:val="22"/>
              </w:rPr>
              <w:t>Презентація гуртків Київського Палацу дітей та юнацтва  </w:t>
            </w:r>
          </w:p>
          <w:p w14:paraId="3FF5ED04" w14:textId="357A40C9" w:rsidR="00D5165D" w:rsidRPr="000978B9" w:rsidRDefault="00D5165D" w:rsidP="000978B9">
            <w:pPr>
              <w:rPr>
                <w:rFonts w:cs="Times New Roman"/>
                <w:sz w:val="22"/>
              </w:rPr>
            </w:pPr>
            <w:r w:rsidRPr="000978B9">
              <w:rPr>
                <w:rFonts w:cs="Times New Roman"/>
                <w:sz w:val="22"/>
              </w:rPr>
              <w:t> </w:t>
            </w:r>
          </w:p>
        </w:tc>
        <w:tc>
          <w:tcPr>
            <w:tcW w:w="4168" w:type="dxa"/>
          </w:tcPr>
          <w:p w14:paraId="77D89823" w14:textId="77777777" w:rsidR="00D5165D" w:rsidRPr="000978B9" w:rsidRDefault="00D5165D" w:rsidP="000978B9">
            <w:pPr>
              <w:rPr>
                <w:rFonts w:cs="Times New Roman"/>
                <w:sz w:val="22"/>
              </w:rPr>
            </w:pPr>
            <w:proofErr w:type="spellStart"/>
            <w:r w:rsidRPr="000978B9">
              <w:rPr>
                <w:rFonts w:cs="Times New Roman"/>
                <w:sz w:val="22"/>
              </w:rPr>
              <w:t>Жолудєва</w:t>
            </w:r>
            <w:proofErr w:type="spellEnd"/>
            <w:r w:rsidRPr="000978B9">
              <w:rPr>
                <w:rFonts w:cs="Times New Roman"/>
                <w:sz w:val="22"/>
              </w:rPr>
              <w:t> Вікторія, </w:t>
            </w:r>
            <w:proofErr w:type="spellStart"/>
            <w:r w:rsidRPr="000978B9">
              <w:rPr>
                <w:rFonts w:cs="Times New Roman"/>
                <w:sz w:val="22"/>
              </w:rPr>
              <w:t>к.ю.н</w:t>
            </w:r>
            <w:proofErr w:type="spellEnd"/>
            <w:r w:rsidRPr="000978B9">
              <w:rPr>
                <w:rFonts w:cs="Times New Roman"/>
                <w:sz w:val="22"/>
              </w:rPr>
              <w:t>., доцент, керівник юридичної клініки "</w:t>
            </w:r>
            <w:proofErr w:type="spellStart"/>
            <w:r w:rsidRPr="000978B9">
              <w:rPr>
                <w:rFonts w:cs="Times New Roman"/>
                <w:sz w:val="22"/>
              </w:rPr>
              <w:t>Pro</w:t>
            </w:r>
            <w:proofErr w:type="spellEnd"/>
            <w:r w:rsidRPr="000978B9">
              <w:rPr>
                <w:rFonts w:cs="Times New Roman"/>
                <w:sz w:val="22"/>
              </w:rPr>
              <w:t> </w:t>
            </w:r>
            <w:proofErr w:type="spellStart"/>
            <w:r w:rsidRPr="000978B9">
              <w:rPr>
                <w:rFonts w:cs="Times New Roman"/>
                <w:sz w:val="22"/>
              </w:rPr>
              <w:t>bono</w:t>
            </w:r>
            <w:proofErr w:type="spellEnd"/>
            <w:r w:rsidRPr="000978B9">
              <w:rPr>
                <w:rFonts w:cs="Times New Roman"/>
                <w:sz w:val="22"/>
              </w:rPr>
              <w:t>" Східноукраїнського національного університету імені Володимира Даля, член Правління Асоціації юридичних </w:t>
            </w:r>
            <w:proofErr w:type="spellStart"/>
            <w:r w:rsidRPr="000978B9">
              <w:rPr>
                <w:rFonts w:cs="Times New Roman"/>
                <w:sz w:val="22"/>
              </w:rPr>
              <w:t>клінік</w:t>
            </w:r>
            <w:proofErr w:type="spellEnd"/>
            <w:r w:rsidRPr="000978B9">
              <w:rPr>
                <w:rFonts w:cs="Times New Roman"/>
                <w:sz w:val="22"/>
              </w:rPr>
              <w:t> України; </w:t>
            </w:r>
          </w:p>
          <w:p w14:paraId="4B5168E8" w14:textId="77777777" w:rsidR="00D5165D" w:rsidRPr="000978B9" w:rsidRDefault="00D5165D" w:rsidP="000978B9">
            <w:pPr>
              <w:rPr>
                <w:rFonts w:cs="Times New Roman"/>
                <w:sz w:val="22"/>
              </w:rPr>
            </w:pPr>
            <w:r w:rsidRPr="000978B9">
              <w:rPr>
                <w:rFonts w:cs="Times New Roman"/>
                <w:sz w:val="22"/>
              </w:rPr>
              <w:t> </w:t>
            </w:r>
          </w:p>
          <w:p w14:paraId="0D325F3B" w14:textId="77777777" w:rsidR="00D5165D" w:rsidRPr="000978B9" w:rsidRDefault="00D5165D" w:rsidP="000978B9">
            <w:pPr>
              <w:rPr>
                <w:rFonts w:cs="Times New Roman"/>
                <w:sz w:val="22"/>
              </w:rPr>
            </w:pPr>
            <w:r w:rsidRPr="000978B9">
              <w:rPr>
                <w:rFonts w:cs="Times New Roman"/>
                <w:sz w:val="22"/>
              </w:rPr>
              <w:t>Павленко Владислава, студентка Факультету гуманітарних та соціальних наук, викладачка у КПДЮ; </w:t>
            </w:r>
          </w:p>
          <w:p w14:paraId="589299C7" w14:textId="607C10D4" w:rsidR="00D5165D" w:rsidRPr="000978B9" w:rsidRDefault="00D5165D" w:rsidP="000978B9">
            <w:pPr>
              <w:rPr>
                <w:rFonts w:cs="Times New Roman"/>
                <w:sz w:val="22"/>
              </w:rPr>
            </w:pPr>
            <w:r w:rsidRPr="000978B9">
              <w:rPr>
                <w:rFonts w:cs="Times New Roman"/>
                <w:sz w:val="22"/>
              </w:rPr>
              <w:t> </w:t>
            </w:r>
          </w:p>
        </w:tc>
      </w:tr>
      <w:tr w:rsidR="00D5165D" w:rsidRPr="000978B9" w14:paraId="5CAA2A43" w14:textId="77777777" w:rsidTr="00AF167E">
        <w:trPr>
          <w:jc w:val="center"/>
        </w:trPr>
        <w:tc>
          <w:tcPr>
            <w:tcW w:w="1261" w:type="dxa"/>
          </w:tcPr>
          <w:p w14:paraId="2D57E934" w14:textId="3B76C113" w:rsidR="00D5165D" w:rsidRPr="000978B9" w:rsidRDefault="00D5165D" w:rsidP="000978B9">
            <w:pPr>
              <w:rPr>
                <w:rFonts w:cs="Times New Roman"/>
                <w:sz w:val="22"/>
              </w:rPr>
            </w:pPr>
            <w:r w:rsidRPr="000978B9">
              <w:rPr>
                <w:rFonts w:cs="Times New Roman"/>
                <w:sz w:val="22"/>
              </w:rPr>
              <w:t>15.10.2024 </w:t>
            </w:r>
          </w:p>
        </w:tc>
        <w:tc>
          <w:tcPr>
            <w:tcW w:w="4369" w:type="dxa"/>
          </w:tcPr>
          <w:p w14:paraId="209A344D" w14:textId="129E9047" w:rsidR="00D5165D" w:rsidRPr="000978B9" w:rsidRDefault="00D5165D" w:rsidP="000978B9">
            <w:pPr>
              <w:rPr>
                <w:rFonts w:cs="Times New Roman"/>
                <w:sz w:val="22"/>
              </w:rPr>
            </w:pPr>
            <w:r w:rsidRPr="000978B9">
              <w:rPr>
                <w:rFonts w:cs="Times New Roman"/>
                <w:sz w:val="22"/>
              </w:rPr>
              <w:t>"Інформаційні  ресурси  та послуги наукової  бібліотеки СНУ ім. В. Даля на допомогу освітньому  процесу" (частина 2) </w:t>
            </w:r>
          </w:p>
        </w:tc>
        <w:tc>
          <w:tcPr>
            <w:tcW w:w="4168" w:type="dxa"/>
          </w:tcPr>
          <w:p w14:paraId="56D54197" w14:textId="68119F8D" w:rsidR="00D5165D" w:rsidRPr="000978B9" w:rsidRDefault="00D5165D" w:rsidP="000978B9">
            <w:pPr>
              <w:rPr>
                <w:rFonts w:cs="Times New Roman"/>
                <w:sz w:val="22"/>
              </w:rPr>
            </w:pPr>
            <w:r w:rsidRPr="000978B9">
              <w:rPr>
                <w:rFonts w:cs="Times New Roman"/>
                <w:sz w:val="22"/>
              </w:rPr>
              <w:t>Савельєва Вероніка Владиславівна, заступниця директора Наукової бібліотеки СНУ ім. В. Даля. </w:t>
            </w:r>
          </w:p>
        </w:tc>
      </w:tr>
      <w:tr w:rsidR="00D5165D" w:rsidRPr="000978B9" w14:paraId="30395AF5" w14:textId="77777777" w:rsidTr="00AF167E">
        <w:trPr>
          <w:jc w:val="center"/>
        </w:trPr>
        <w:tc>
          <w:tcPr>
            <w:tcW w:w="1261" w:type="dxa"/>
          </w:tcPr>
          <w:p w14:paraId="1ED29817" w14:textId="55D9B704" w:rsidR="00D5165D" w:rsidRPr="000978B9" w:rsidRDefault="00D5165D" w:rsidP="000978B9">
            <w:pPr>
              <w:rPr>
                <w:rFonts w:cs="Times New Roman"/>
                <w:sz w:val="22"/>
              </w:rPr>
            </w:pPr>
            <w:r w:rsidRPr="000978B9">
              <w:rPr>
                <w:rFonts w:cs="Times New Roman"/>
                <w:sz w:val="22"/>
              </w:rPr>
              <w:t>22.10.2024 </w:t>
            </w:r>
          </w:p>
        </w:tc>
        <w:tc>
          <w:tcPr>
            <w:tcW w:w="4369" w:type="dxa"/>
          </w:tcPr>
          <w:p w14:paraId="10216481" w14:textId="0722C110" w:rsidR="00D5165D" w:rsidRPr="000978B9" w:rsidRDefault="00D5165D" w:rsidP="000978B9">
            <w:pPr>
              <w:rPr>
                <w:rFonts w:cs="Times New Roman"/>
                <w:sz w:val="22"/>
              </w:rPr>
            </w:pPr>
            <w:r w:rsidRPr="000978B9">
              <w:rPr>
                <w:rFonts w:cs="Times New Roman"/>
                <w:sz w:val="22"/>
              </w:rPr>
              <w:t xml:space="preserve">"Що таке BIM?" - Знайомство з інжиніринговою </w:t>
            </w:r>
            <w:r w:rsidRPr="000978B9">
              <w:rPr>
                <w:rFonts w:cs="Times New Roman"/>
                <w:sz w:val="22"/>
              </w:rPr>
              <w:lastRenderedPageBreak/>
              <w:t>компанією </w:t>
            </w:r>
            <w:proofErr w:type="spellStart"/>
            <w:r w:rsidRPr="000978B9">
              <w:rPr>
                <w:rFonts w:cs="Times New Roman"/>
                <w:sz w:val="22"/>
              </w:rPr>
              <w:t>Buidling</w:t>
            </w:r>
            <w:proofErr w:type="spellEnd"/>
            <w:r w:rsidRPr="000978B9">
              <w:rPr>
                <w:rFonts w:cs="Times New Roman"/>
                <w:sz w:val="22"/>
              </w:rPr>
              <w:t> </w:t>
            </w:r>
            <w:proofErr w:type="spellStart"/>
            <w:r w:rsidRPr="000978B9">
              <w:rPr>
                <w:rFonts w:cs="Times New Roman"/>
                <w:sz w:val="22"/>
              </w:rPr>
              <w:t>Engineering</w:t>
            </w:r>
            <w:proofErr w:type="spellEnd"/>
            <w:r w:rsidRPr="000978B9">
              <w:rPr>
                <w:rFonts w:cs="Times New Roman"/>
                <w:sz w:val="22"/>
              </w:rPr>
              <w:t> </w:t>
            </w:r>
            <w:proofErr w:type="spellStart"/>
            <w:r w:rsidRPr="000978B9">
              <w:rPr>
                <w:rFonts w:cs="Times New Roman"/>
                <w:sz w:val="22"/>
              </w:rPr>
              <w:t>Solutions</w:t>
            </w:r>
            <w:proofErr w:type="spellEnd"/>
            <w:r w:rsidRPr="000978B9">
              <w:rPr>
                <w:rFonts w:cs="Times New Roman"/>
                <w:sz w:val="22"/>
              </w:rPr>
              <w:t>. </w:t>
            </w:r>
          </w:p>
        </w:tc>
        <w:tc>
          <w:tcPr>
            <w:tcW w:w="4168" w:type="dxa"/>
          </w:tcPr>
          <w:p w14:paraId="6C195A8A" w14:textId="5B55384F" w:rsidR="00D5165D" w:rsidRPr="000978B9" w:rsidRDefault="00D5165D" w:rsidP="000978B9">
            <w:pPr>
              <w:rPr>
                <w:rFonts w:cs="Times New Roman"/>
                <w:sz w:val="22"/>
              </w:rPr>
            </w:pPr>
            <w:r w:rsidRPr="000978B9">
              <w:rPr>
                <w:rFonts w:cs="Times New Roman"/>
                <w:sz w:val="22"/>
              </w:rPr>
              <w:lastRenderedPageBreak/>
              <w:t>Прохоров Юрій, </w:t>
            </w:r>
            <w:proofErr w:type="spellStart"/>
            <w:r w:rsidRPr="000978B9">
              <w:rPr>
                <w:rFonts w:cs="Times New Roman"/>
                <w:sz w:val="22"/>
              </w:rPr>
              <w:t>Director</w:t>
            </w:r>
            <w:proofErr w:type="spellEnd"/>
            <w:r w:rsidRPr="000978B9">
              <w:rPr>
                <w:rFonts w:cs="Times New Roman"/>
                <w:sz w:val="22"/>
              </w:rPr>
              <w:t> </w:t>
            </w:r>
            <w:proofErr w:type="spellStart"/>
            <w:r w:rsidRPr="000978B9">
              <w:rPr>
                <w:rFonts w:cs="Times New Roman"/>
                <w:sz w:val="22"/>
              </w:rPr>
              <w:t>of</w:t>
            </w:r>
            <w:proofErr w:type="spellEnd"/>
            <w:r w:rsidRPr="000978B9">
              <w:rPr>
                <w:rFonts w:cs="Times New Roman"/>
                <w:sz w:val="22"/>
              </w:rPr>
              <w:t> </w:t>
            </w:r>
            <w:proofErr w:type="spellStart"/>
            <w:r w:rsidRPr="000978B9">
              <w:rPr>
                <w:rFonts w:cs="Times New Roman"/>
                <w:sz w:val="22"/>
              </w:rPr>
              <w:t>Team</w:t>
            </w:r>
            <w:proofErr w:type="spellEnd"/>
            <w:r w:rsidRPr="000978B9">
              <w:rPr>
                <w:rFonts w:cs="Times New Roman"/>
                <w:sz w:val="22"/>
              </w:rPr>
              <w:t> </w:t>
            </w:r>
            <w:proofErr w:type="spellStart"/>
            <w:r w:rsidRPr="000978B9">
              <w:rPr>
                <w:rFonts w:cs="Times New Roman"/>
                <w:sz w:val="22"/>
              </w:rPr>
              <w:t>Development</w:t>
            </w:r>
            <w:proofErr w:type="spellEnd"/>
            <w:r w:rsidRPr="000978B9">
              <w:rPr>
                <w:rFonts w:cs="Times New Roman"/>
                <w:sz w:val="22"/>
              </w:rPr>
              <w:t> </w:t>
            </w:r>
          </w:p>
        </w:tc>
      </w:tr>
      <w:tr w:rsidR="00D5165D" w:rsidRPr="000978B9" w14:paraId="5E660D46" w14:textId="77777777" w:rsidTr="00AF167E">
        <w:trPr>
          <w:jc w:val="center"/>
        </w:trPr>
        <w:tc>
          <w:tcPr>
            <w:tcW w:w="1261" w:type="dxa"/>
          </w:tcPr>
          <w:p w14:paraId="4D6C7C28" w14:textId="1C4EE860" w:rsidR="00D5165D" w:rsidRPr="000978B9" w:rsidRDefault="00D5165D" w:rsidP="000978B9">
            <w:pPr>
              <w:rPr>
                <w:rFonts w:cs="Times New Roman"/>
                <w:sz w:val="22"/>
              </w:rPr>
            </w:pPr>
            <w:r w:rsidRPr="000978B9">
              <w:rPr>
                <w:rFonts w:cs="Times New Roman"/>
                <w:sz w:val="22"/>
              </w:rPr>
              <w:t>29.10.2024 </w:t>
            </w:r>
          </w:p>
        </w:tc>
        <w:tc>
          <w:tcPr>
            <w:tcW w:w="4369" w:type="dxa"/>
          </w:tcPr>
          <w:p w14:paraId="55E3F664" w14:textId="6F5E230F" w:rsidR="00D5165D" w:rsidRPr="000978B9" w:rsidRDefault="00D5165D" w:rsidP="000978B9">
            <w:pPr>
              <w:rPr>
                <w:rFonts w:cs="Times New Roman"/>
                <w:sz w:val="22"/>
              </w:rPr>
            </w:pPr>
            <w:r w:rsidRPr="000978B9">
              <w:rPr>
                <w:rFonts w:cs="Times New Roman"/>
                <w:sz w:val="22"/>
              </w:rPr>
              <w:t>Кураторські години в академічних групах </w:t>
            </w:r>
          </w:p>
        </w:tc>
        <w:tc>
          <w:tcPr>
            <w:tcW w:w="4168" w:type="dxa"/>
          </w:tcPr>
          <w:p w14:paraId="2570330C" w14:textId="0973FA07" w:rsidR="00D5165D" w:rsidRPr="000978B9" w:rsidRDefault="00D5165D" w:rsidP="000978B9">
            <w:pPr>
              <w:rPr>
                <w:rFonts w:cs="Times New Roman"/>
                <w:sz w:val="22"/>
              </w:rPr>
            </w:pPr>
            <w:r w:rsidRPr="000978B9">
              <w:rPr>
                <w:rFonts w:cs="Times New Roman"/>
                <w:sz w:val="22"/>
              </w:rPr>
              <w:t>Куратори академічних груп </w:t>
            </w:r>
          </w:p>
        </w:tc>
      </w:tr>
      <w:tr w:rsidR="00D5165D" w:rsidRPr="000978B9" w14:paraId="6B31FB67" w14:textId="77777777" w:rsidTr="00AF167E">
        <w:trPr>
          <w:jc w:val="center"/>
        </w:trPr>
        <w:tc>
          <w:tcPr>
            <w:tcW w:w="1261" w:type="dxa"/>
          </w:tcPr>
          <w:p w14:paraId="173660EA" w14:textId="1A356F23" w:rsidR="00D5165D" w:rsidRPr="000978B9" w:rsidRDefault="00D5165D" w:rsidP="000978B9">
            <w:pPr>
              <w:rPr>
                <w:rFonts w:cs="Times New Roman"/>
                <w:sz w:val="22"/>
              </w:rPr>
            </w:pPr>
            <w:r w:rsidRPr="000978B9">
              <w:rPr>
                <w:rFonts w:cs="Times New Roman"/>
                <w:sz w:val="22"/>
              </w:rPr>
              <w:t>05.11.2024 </w:t>
            </w:r>
          </w:p>
        </w:tc>
        <w:tc>
          <w:tcPr>
            <w:tcW w:w="4369" w:type="dxa"/>
          </w:tcPr>
          <w:p w14:paraId="1C30B9B1" w14:textId="414B9085" w:rsidR="00D5165D" w:rsidRPr="000978B9" w:rsidRDefault="00D5165D" w:rsidP="000978B9">
            <w:pPr>
              <w:rPr>
                <w:rFonts w:cs="Times New Roman"/>
                <w:sz w:val="22"/>
              </w:rPr>
            </w:pPr>
            <w:r w:rsidRPr="000978B9">
              <w:rPr>
                <w:rFonts w:cs="Times New Roman"/>
                <w:sz w:val="22"/>
              </w:rPr>
              <w:t>До 100-річчя Всесвітнього дня заощаджень Національний банк ініціює новий щорічний проєкт –  Всеукраїнське тестування з фінансової грамотності для дорослих. </w:t>
            </w:r>
          </w:p>
        </w:tc>
        <w:tc>
          <w:tcPr>
            <w:tcW w:w="4168" w:type="dxa"/>
          </w:tcPr>
          <w:p w14:paraId="1450761F" w14:textId="0AF41E14" w:rsidR="00D5165D" w:rsidRPr="000978B9" w:rsidRDefault="00D5165D" w:rsidP="000978B9">
            <w:pPr>
              <w:rPr>
                <w:rFonts w:cs="Times New Roman"/>
                <w:sz w:val="22"/>
              </w:rPr>
            </w:pPr>
            <w:r w:rsidRPr="000978B9">
              <w:rPr>
                <w:rFonts w:cs="Times New Roman"/>
                <w:sz w:val="22"/>
              </w:rPr>
              <w:t>Тищенко Олена, </w:t>
            </w:r>
            <w:proofErr w:type="spellStart"/>
            <w:r w:rsidRPr="000978B9">
              <w:rPr>
                <w:rFonts w:cs="Times New Roman"/>
                <w:sz w:val="22"/>
              </w:rPr>
              <w:t>к.е.н</w:t>
            </w:r>
            <w:proofErr w:type="spellEnd"/>
            <w:r w:rsidRPr="000978B9">
              <w:rPr>
                <w:rFonts w:cs="Times New Roman"/>
                <w:sz w:val="22"/>
              </w:rPr>
              <w:t>., доцент кафедри фінансів та банківської справи факультету економіки і управління СНУ ім. В. Даля </w:t>
            </w:r>
          </w:p>
        </w:tc>
      </w:tr>
      <w:tr w:rsidR="00D5165D" w:rsidRPr="000978B9" w14:paraId="3A0859E6" w14:textId="77777777" w:rsidTr="00AF167E">
        <w:trPr>
          <w:jc w:val="center"/>
        </w:trPr>
        <w:tc>
          <w:tcPr>
            <w:tcW w:w="1261" w:type="dxa"/>
          </w:tcPr>
          <w:p w14:paraId="5A0DC1EA" w14:textId="0EF55767" w:rsidR="00D5165D" w:rsidRPr="000978B9" w:rsidRDefault="00D5165D" w:rsidP="000978B9">
            <w:pPr>
              <w:rPr>
                <w:rFonts w:cs="Times New Roman"/>
                <w:sz w:val="22"/>
              </w:rPr>
            </w:pPr>
            <w:r w:rsidRPr="000978B9">
              <w:rPr>
                <w:rFonts w:cs="Times New Roman"/>
                <w:sz w:val="22"/>
              </w:rPr>
              <w:t>12.11.2024 </w:t>
            </w:r>
          </w:p>
        </w:tc>
        <w:tc>
          <w:tcPr>
            <w:tcW w:w="4369" w:type="dxa"/>
          </w:tcPr>
          <w:p w14:paraId="5CD51F26" w14:textId="52329DFC" w:rsidR="00D5165D" w:rsidRPr="000978B9" w:rsidRDefault="00D5165D" w:rsidP="000978B9">
            <w:pPr>
              <w:rPr>
                <w:rFonts w:cs="Times New Roman"/>
                <w:sz w:val="22"/>
              </w:rPr>
            </w:pPr>
            <w:r w:rsidRPr="000978B9">
              <w:rPr>
                <w:rFonts w:cs="Times New Roman"/>
                <w:sz w:val="22"/>
              </w:rPr>
              <w:t>Детальний розгляд таблиці </w:t>
            </w:r>
            <w:proofErr w:type="spellStart"/>
            <w:r w:rsidRPr="000978B9">
              <w:rPr>
                <w:rFonts w:cs="Times New Roman"/>
                <w:sz w:val="22"/>
              </w:rPr>
              <w:t>позанавчальної</w:t>
            </w:r>
            <w:proofErr w:type="spellEnd"/>
            <w:r w:rsidRPr="000978B9">
              <w:rPr>
                <w:rFonts w:cs="Times New Roman"/>
                <w:sz w:val="22"/>
              </w:rPr>
              <w:t> активності </w:t>
            </w:r>
          </w:p>
        </w:tc>
        <w:tc>
          <w:tcPr>
            <w:tcW w:w="4168" w:type="dxa"/>
          </w:tcPr>
          <w:p w14:paraId="7AE3B9A4" w14:textId="77777777" w:rsidR="00D5165D" w:rsidRPr="000978B9" w:rsidRDefault="00D5165D" w:rsidP="000978B9">
            <w:pPr>
              <w:rPr>
                <w:rFonts w:cs="Times New Roman"/>
                <w:sz w:val="22"/>
              </w:rPr>
            </w:pPr>
            <w:r w:rsidRPr="000978B9">
              <w:rPr>
                <w:rFonts w:cs="Times New Roman"/>
                <w:sz w:val="22"/>
              </w:rPr>
              <w:t>Керівниця відділу з організації виховної роботи студентів, Тетяна </w:t>
            </w:r>
            <w:proofErr w:type="spellStart"/>
            <w:r w:rsidRPr="000978B9">
              <w:rPr>
                <w:rFonts w:cs="Times New Roman"/>
                <w:sz w:val="22"/>
              </w:rPr>
              <w:t>Сотнікова</w:t>
            </w:r>
            <w:proofErr w:type="spellEnd"/>
            <w:r w:rsidRPr="000978B9">
              <w:rPr>
                <w:rFonts w:cs="Times New Roman"/>
                <w:sz w:val="22"/>
              </w:rPr>
              <w:t>;  </w:t>
            </w:r>
          </w:p>
          <w:p w14:paraId="7718D948" w14:textId="2E143078" w:rsidR="00D5165D" w:rsidRPr="000978B9" w:rsidRDefault="00D5165D" w:rsidP="000978B9">
            <w:pPr>
              <w:rPr>
                <w:rFonts w:cs="Times New Roman"/>
                <w:sz w:val="22"/>
              </w:rPr>
            </w:pPr>
            <w:r w:rsidRPr="000978B9">
              <w:rPr>
                <w:rFonts w:cs="Times New Roman"/>
                <w:sz w:val="22"/>
              </w:rPr>
              <w:t> Голова Студентського самоврядування СНУ ім. В. Даля, </w:t>
            </w:r>
            <w:proofErr w:type="spellStart"/>
            <w:r w:rsidRPr="000978B9">
              <w:rPr>
                <w:rFonts w:cs="Times New Roman"/>
                <w:sz w:val="22"/>
              </w:rPr>
              <w:t>Наталья</w:t>
            </w:r>
            <w:proofErr w:type="spellEnd"/>
            <w:r w:rsidRPr="000978B9">
              <w:rPr>
                <w:rFonts w:cs="Times New Roman"/>
                <w:sz w:val="22"/>
              </w:rPr>
              <w:t xml:space="preserve"> Паніна. </w:t>
            </w:r>
          </w:p>
        </w:tc>
      </w:tr>
      <w:tr w:rsidR="009506B9" w:rsidRPr="000978B9" w14:paraId="1587534F" w14:textId="77777777" w:rsidTr="00AF167E">
        <w:trPr>
          <w:jc w:val="center"/>
        </w:trPr>
        <w:tc>
          <w:tcPr>
            <w:tcW w:w="1261" w:type="dxa"/>
          </w:tcPr>
          <w:p w14:paraId="3CBF1AD1" w14:textId="3C865D00" w:rsidR="009506B9" w:rsidRPr="000978B9" w:rsidRDefault="009506B9" w:rsidP="000978B9">
            <w:pPr>
              <w:rPr>
                <w:rFonts w:cs="Times New Roman"/>
                <w:sz w:val="22"/>
              </w:rPr>
            </w:pPr>
            <w:r w:rsidRPr="000978B9">
              <w:rPr>
                <w:rFonts w:cs="Times New Roman"/>
                <w:sz w:val="22"/>
              </w:rPr>
              <w:t>04.03.2025 </w:t>
            </w:r>
          </w:p>
        </w:tc>
        <w:tc>
          <w:tcPr>
            <w:tcW w:w="4369" w:type="dxa"/>
          </w:tcPr>
          <w:p w14:paraId="0A74AAA8" w14:textId="765967BA" w:rsidR="009506B9" w:rsidRPr="000978B9" w:rsidRDefault="009506B9" w:rsidP="000978B9">
            <w:pPr>
              <w:rPr>
                <w:rFonts w:cs="Times New Roman"/>
                <w:sz w:val="22"/>
              </w:rPr>
            </w:pPr>
            <w:r w:rsidRPr="000978B9">
              <w:rPr>
                <w:rFonts w:cs="Times New Roman"/>
                <w:sz w:val="22"/>
              </w:rPr>
              <w:t>Крим. Інформаційний спротив окупації </w:t>
            </w:r>
          </w:p>
        </w:tc>
        <w:tc>
          <w:tcPr>
            <w:tcW w:w="4168" w:type="dxa"/>
          </w:tcPr>
          <w:p w14:paraId="38C3A3A2" w14:textId="5EED3677" w:rsidR="009506B9" w:rsidRPr="000978B9" w:rsidRDefault="009506B9" w:rsidP="000978B9">
            <w:pPr>
              <w:rPr>
                <w:rFonts w:cs="Times New Roman"/>
                <w:sz w:val="22"/>
              </w:rPr>
            </w:pPr>
            <w:r w:rsidRPr="000978B9">
              <w:rPr>
                <w:rFonts w:cs="Times New Roman"/>
                <w:sz w:val="22"/>
              </w:rPr>
              <w:t>Кузьміна Світлана Леонідівна, декан Факультету гуманітарних та соціальних наук. </w:t>
            </w:r>
          </w:p>
        </w:tc>
      </w:tr>
      <w:tr w:rsidR="009506B9" w:rsidRPr="000978B9" w14:paraId="1BD9C633" w14:textId="77777777" w:rsidTr="00AF167E">
        <w:trPr>
          <w:jc w:val="center"/>
        </w:trPr>
        <w:tc>
          <w:tcPr>
            <w:tcW w:w="1261" w:type="dxa"/>
          </w:tcPr>
          <w:p w14:paraId="66E47D5A" w14:textId="09AA8C11" w:rsidR="009506B9" w:rsidRPr="000978B9" w:rsidRDefault="009506B9" w:rsidP="000978B9">
            <w:pPr>
              <w:rPr>
                <w:rFonts w:cs="Times New Roman"/>
                <w:sz w:val="22"/>
              </w:rPr>
            </w:pPr>
            <w:r w:rsidRPr="000978B9">
              <w:rPr>
                <w:rFonts w:cs="Times New Roman"/>
                <w:sz w:val="22"/>
              </w:rPr>
              <w:t>11.03.2025 </w:t>
            </w:r>
          </w:p>
        </w:tc>
        <w:tc>
          <w:tcPr>
            <w:tcW w:w="4369" w:type="dxa"/>
          </w:tcPr>
          <w:p w14:paraId="66A9D317" w14:textId="4D4F62A6" w:rsidR="009506B9" w:rsidRPr="000978B9" w:rsidRDefault="009506B9" w:rsidP="000978B9">
            <w:pPr>
              <w:rPr>
                <w:rFonts w:cs="Times New Roman"/>
                <w:sz w:val="22"/>
              </w:rPr>
            </w:pPr>
            <w:r w:rsidRPr="000978B9">
              <w:rPr>
                <w:rFonts w:cs="Times New Roman"/>
                <w:sz w:val="22"/>
              </w:rPr>
              <w:t>Кураторські години в академічних групах </w:t>
            </w:r>
          </w:p>
        </w:tc>
        <w:tc>
          <w:tcPr>
            <w:tcW w:w="4168" w:type="dxa"/>
          </w:tcPr>
          <w:p w14:paraId="1C13FAB1" w14:textId="798857F6" w:rsidR="009506B9" w:rsidRPr="000978B9" w:rsidRDefault="009506B9" w:rsidP="000978B9">
            <w:pPr>
              <w:rPr>
                <w:rFonts w:cs="Times New Roman"/>
                <w:sz w:val="22"/>
              </w:rPr>
            </w:pPr>
            <w:r w:rsidRPr="000978B9">
              <w:rPr>
                <w:rFonts w:cs="Times New Roman"/>
                <w:sz w:val="22"/>
              </w:rPr>
              <w:t>Куратори академічних груп </w:t>
            </w:r>
          </w:p>
        </w:tc>
      </w:tr>
      <w:tr w:rsidR="009506B9" w:rsidRPr="000978B9" w14:paraId="0EE756B3" w14:textId="77777777" w:rsidTr="00AF167E">
        <w:trPr>
          <w:jc w:val="center"/>
        </w:trPr>
        <w:tc>
          <w:tcPr>
            <w:tcW w:w="1261" w:type="dxa"/>
          </w:tcPr>
          <w:p w14:paraId="6BF9B5DB" w14:textId="6ECC0B17" w:rsidR="009506B9" w:rsidRPr="000978B9" w:rsidRDefault="009506B9" w:rsidP="000978B9">
            <w:pPr>
              <w:rPr>
                <w:rFonts w:cs="Times New Roman"/>
                <w:sz w:val="22"/>
              </w:rPr>
            </w:pPr>
            <w:r w:rsidRPr="000978B9">
              <w:rPr>
                <w:rFonts w:cs="Times New Roman"/>
                <w:sz w:val="22"/>
              </w:rPr>
              <w:t>18.03.2025 </w:t>
            </w:r>
          </w:p>
        </w:tc>
        <w:tc>
          <w:tcPr>
            <w:tcW w:w="4369" w:type="dxa"/>
          </w:tcPr>
          <w:p w14:paraId="7EA37A84" w14:textId="77777777" w:rsidR="009506B9" w:rsidRPr="000978B9" w:rsidRDefault="009506B9" w:rsidP="000978B9">
            <w:pPr>
              <w:rPr>
                <w:rFonts w:cs="Times New Roman"/>
                <w:sz w:val="22"/>
              </w:rPr>
            </w:pPr>
            <w:r w:rsidRPr="000978B9">
              <w:rPr>
                <w:rFonts w:cs="Times New Roman"/>
                <w:sz w:val="22"/>
              </w:rPr>
              <w:t>Зустріч із заступником генерального директора з виховної роботи МДЦ "Артек" Сергієм Коником.  </w:t>
            </w:r>
          </w:p>
          <w:p w14:paraId="65C2959B" w14:textId="60A0076C" w:rsidR="009506B9" w:rsidRPr="000978B9" w:rsidRDefault="009506B9" w:rsidP="000978B9">
            <w:pPr>
              <w:rPr>
                <w:rFonts w:cs="Times New Roman"/>
                <w:sz w:val="22"/>
              </w:rPr>
            </w:pPr>
            <w:r w:rsidRPr="000978B9">
              <w:rPr>
                <w:rFonts w:cs="Times New Roman"/>
                <w:sz w:val="22"/>
              </w:rPr>
              <w:t>Про перспективи працевлаштування у міжнародному дитячому центрі "Артек" </w:t>
            </w:r>
          </w:p>
        </w:tc>
        <w:tc>
          <w:tcPr>
            <w:tcW w:w="4168" w:type="dxa"/>
          </w:tcPr>
          <w:p w14:paraId="74F24FAB" w14:textId="7649A29B" w:rsidR="009506B9" w:rsidRPr="000978B9" w:rsidRDefault="009506B9" w:rsidP="000978B9">
            <w:pPr>
              <w:rPr>
                <w:rFonts w:cs="Times New Roman"/>
                <w:sz w:val="22"/>
              </w:rPr>
            </w:pPr>
            <w:r w:rsidRPr="000978B9">
              <w:rPr>
                <w:rFonts w:cs="Times New Roman"/>
                <w:sz w:val="22"/>
              </w:rPr>
              <w:t>Заступник генерального директора з виховної роботи МДЦ "Артек" Сергій Коник </w:t>
            </w:r>
          </w:p>
        </w:tc>
      </w:tr>
      <w:tr w:rsidR="009506B9" w:rsidRPr="000978B9" w14:paraId="32B8A9B6" w14:textId="77777777" w:rsidTr="00AF167E">
        <w:trPr>
          <w:jc w:val="center"/>
        </w:trPr>
        <w:tc>
          <w:tcPr>
            <w:tcW w:w="1261" w:type="dxa"/>
          </w:tcPr>
          <w:p w14:paraId="65345AA6" w14:textId="24D263EC" w:rsidR="009506B9" w:rsidRPr="000978B9" w:rsidRDefault="009506B9" w:rsidP="000978B9">
            <w:pPr>
              <w:rPr>
                <w:rFonts w:cs="Times New Roman"/>
                <w:sz w:val="22"/>
              </w:rPr>
            </w:pPr>
            <w:r w:rsidRPr="000978B9">
              <w:rPr>
                <w:rFonts w:cs="Times New Roman"/>
                <w:sz w:val="22"/>
              </w:rPr>
              <w:t>25.03.2025 </w:t>
            </w:r>
          </w:p>
        </w:tc>
        <w:tc>
          <w:tcPr>
            <w:tcW w:w="4369" w:type="dxa"/>
          </w:tcPr>
          <w:p w14:paraId="248691FC" w14:textId="01F0157D" w:rsidR="009506B9" w:rsidRPr="000978B9" w:rsidRDefault="009506B9" w:rsidP="000978B9">
            <w:pPr>
              <w:rPr>
                <w:rFonts w:cs="Times New Roman"/>
                <w:sz w:val="22"/>
              </w:rPr>
            </w:pPr>
            <w:r w:rsidRPr="000978B9">
              <w:rPr>
                <w:rFonts w:cs="Times New Roman"/>
                <w:sz w:val="22"/>
              </w:rPr>
              <w:t>Зростання через виклики. Присвячено історичному шляху, котрим пройшла наша </w:t>
            </w:r>
            <w:proofErr w:type="spellStart"/>
            <w:r w:rsidRPr="000978B9">
              <w:rPr>
                <w:rFonts w:cs="Times New Roman"/>
                <w:sz w:val="22"/>
              </w:rPr>
              <w:t>Alma</w:t>
            </w:r>
            <w:proofErr w:type="spellEnd"/>
            <w:r w:rsidRPr="000978B9">
              <w:rPr>
                <w:rFonts w:cs="Times New Roman"/>
                <w:sz w:val="22"/>
              </w:rPr>
              <w:t> </w:t>
            </w:r>
            <w:proofErr w:type="spellStart"/>
            <w:r w:rsidRPr="000978B9">
              <w:rPr>
                <w:rFonts w:cs="Times New Roman"/>
                <w:sz w:val="22"/>
              </w:rPr>
              <w:t>Mater</w:t>
            </w:r>
            <w:proofErr w:type="spellEnd"/>
            <w:r w:rsidRPr="000978B9">
              <w:rPr>
                <w:rFonts w:cs="Times New Roman"/>
                <w:sz w:val="22"/>
              </w:rPr>
              <w:t>, перетворившись з Луганського народного технікуму на один із флагманів вищої освіти та науки України. </w:t>
            </w:r>
          </w:p>
        </w:tc>
        <w:tc>
          <w:tcPr>
            <w:tcW w:w="4168" w:type="dxa"/>
          </w:tcPr>
          <w:p w14:paraId="599B37CD" w14:textId="72751594" w:rsidR="009506B9" w:rsidRPr="000978B9" w:rsidRDefault="009506B9" w:rsidP="000978B9">
            <w:pPr>
              <w:rPr>
                <w:rFonts w:cs="Times New Roman"/>
                <w:sz w:val="22"/>
              </w:rPr>
            </w:pPr>
            <w:proofErr w:type="spellStart"/>
            <w:r w:rsidRPr="000978B9">
              <w:rPr>
                <w:rFonts w:cs="Times New Roman"/>
                <w:sz w:val="22"/>
              </w:rPr>
              <w:t>Сапицька</w:t>
            </w:r>
            <w:proofErr w:type="spellEnd"/>
            <w:r w:rsidRPr="000978B9">
              <w:rPr>
                <w:rFonts w:cs="Times New Roman"/>
                <w:sz w:val="22"/>
              </w:rPr>
              <w:t> Олена Михайлівна, завідувачка кафедри історії, археології та туризму </w:t>
            </w:r>
          </w:p>
        </w:tc>
      </w:tr>
      <w:tr w:rsidR="009506B9" w:rsidRPr="000978B9" w14:paraId="1BE0A4EE" w14:textId="77777777" w:rsidTr="00AF167E">
        <w:trPr>
          <w:jc w:val="center"/>
        </w:trPr>
        <w:tc>
          <w:tcPr>
            <w:tcW w:w="1261" w:type="dxa"/>
          </w:tcPr>
          <w:p w14:paraId="52DE1E0C" w14:textId="3650243C" w:rsidR="009506B9" w:rsidRPr="000978B9" w:rsidRDefault="009506B9" w:rsidP="000978B9">
            <w:pPr>
              <w:rPr>
                <w:rFonts w:cs="Times New Roman"/>
                <w:sz w:val="22"/>
              </w:rPr>
            </w:pPr>
            <w:r w:rsidRPr="000978B9">
              <w:rPr>
                <w:rFonts w:cs="Times New Roman"/>
                <w:sz w:val="22"/>
              </w:rPr>
              <w:t>01.04.2025 </w:t>
            </w:r>
          </w:p>
        </w:tc>
        <w:tc>
          <w:tcPr>
            <w:tcW w:w="4369" w:type="dxa"/>
          </w:tcPr>
          <w:p w14:paraId="2E33A42D" w14:textId="10C9BF50" w:rsidR="009506B9" w:rsidRPr="000978B9" w:rsidRDefault="009506B9" w:rsidP="000978B9">
            <w:pPr>
              <w:rPr>
                <w:rFonts w:cs="Times New Roman"/>
                <w:sz w:val="22"/>
              </w:rPr>
            </w:pPr>
            <w:r w:rsidRPr="000978B9">
              <w:rPr>
                <w:rFonts w:cs="Times New Roman"/>
                <w:sz w:val="22"/>
              </w:rPr>
              <w:t>Субсидія на оренду житла для ВПО </w:t>
            </w:r>
          </w:p>
        </w:tc>
        <w:tc>
          <w:tcPr>
            <w:tcW w:w="4168" w:type="dxa"/>
          </w:tcPr>
          <w:p w14:paraId="26BD23E0" w14:textId="77777777" w:rsidR="009506B9" w:rsidRPr="000978B9" w:rsidRDefault="009506B9" w:rsidP="000978B9">
            <w:pPr>
              <w:rPr>
                <w:rFonts w:cs="Times New Roman"/>
                <w:sz w:val="22"/>
              </w:rPr>
            </w:pPr>
            <w:r w:rsidRPr="000978B9">
              <w:rPr>
                <w:rFonts w:cs="Times New Roman"/>
                <w:sz w:val="22"/>
              </w:rPr>
              <w:t>Представництво Норвезької ради у справах біженців в Україні, координатор  </w:t>
            </w:r>
          </w:p>
          <w:p w14:paraId="41160A9D" w14:textId="77777777" w:rsidR="009506B9" w:rsidRPr="000978B9" w:rsidRDefault="009506B9" w:rsidP="000978B9">
            <w:pPr>
              <w:rPr>
                <w:rFonts w:cs="Times New Roman"/>
                <w:sz w:val="22"/>
              </w:rPr>
            </w:pPr>
            <w:r w:rsidRPr="000978B9">
              <w:rPr>
                <w:rFonts w:cs="Times New Roman"/>
                <w:sz w:val="22"/>
              </w:rPr>
              <w:t>юридичного відділу </w:t>
            </w:r>
          </w:p>
          <w:p w14:paraId="0E2E28D1" w14:textId="05A1F265" w:rsidR="009506B9" w:rsidRPr="000978B9" w:rsidRDefault="009506B9" w:rsidP="000978B9">
            <w:pPr>
              <w:rPr>
                <w:rFonts w:cs="Times New Roman"/>
                <w:sz w:val="22"/>
              </w:rPr>
            </w:pPr>
            <w:r w:rsidRPr="000978B9">
              <w:rPr>
                <w:rFonts w:cs="Times New Roman"/>
                <w:sz w:val="22"/>
              </w:rPr>
              <w:t>Тетяна Єрмолаєва  </w:t>
            </w:r>
          </w:p>
        </w:tc>
      </w:tr>
      <w:tr w:rsidR="009506B9" w:rsidRPr="000978B9" w14:paraId="17869E9E" w14:textId="77777777" w:rsidTr="00AF167E">
        <w:trPr>
          <w:jc w:val="center"/>
        </w:trPr>
        <w:tc>
          <w:tcPr>
            <w:tcW w:w="1261" w:type="dxa"/>
          </w:tcPr>
          <w:p w14:paraId="6D1A115B" w14:textId="3B8AE0EC" w:rsidR="009506B9" w:rsidRPr="000978B9" w:rsidRDefault="009506B9" w:rsidP="000978B9">
            <w:pPr>
              <w:rPr>
                <w:rFonts w:cs="Times New Roman"/>
                <w:sz w:val="22"/>
              </w:rPr>
            </w:pPr>
            <w:r w:rsidRPr="000978B9">
              <w:rPr>
                <w:rFonts w:cs="Times New Roman"/>
                <w:sz w:val="22"/>
              </w:rPr>
              <w:t>08.04.2025 </w:t>
            </w:r>
          </w:p>
        </w:tc>
        <w:tc>
          <w:tcPr>
            <w:tcW w:w="4369" w:type="dxa"/>
          </w:tcPr>
          <w:p w14:paraId="1C18C7F2" w14:textId="30DCB980" w:rsidR="009506B9" w:rsidRPr="000978B9" w:rsidRDefault="009506B9" w:rsidP="000978B9">
            <w:pPr>
              <w:rPr>
                <w:rFonts w:cs="Times New Roman"/>
                <w:sz w:val="22"/>
              </w:rPr>
            </w:pPr>
            <w:r w:rsidRPr="000978B9">
              <w:rPr>
                <w:rFonts w:cs="Times New Roman"/>
                <w:sz w:val="22"/>
              </w:rPr>
              <w:t>Психологічна допомога під час війни, психогігієна, ментальне здоров'я </w:t>
            </w:r>
          </w:p>
        </w:tc>
        <w:tc>
          <w:tcPr>
            <w:tcW w:w="4168" w:type="dxa"/>
          </w:tcPr>
          <w:p w14:paraId="7DBB5A5D" w14:textId="1EC52ECE" w:rsidR="009506B9" w:rsidRPr="000978B9" w:rsidRDefault="009506B9" w:rsidP="000978B9">
            <w:pPr>
              <w:rPr>
                <w:rFonts w:cs="Times New Roman"/>
                <w:sz w:val="22"/>
              </w:rPr>
            </w:pPr>
            <w:proofErr w:type="spellStart"/>
            <w:r w:rsidRPr="000978B9">
              <w:rPr>
                <w:rFonts w:cs="Times New Roman"/>
                <w:sz w:val="22"/>
              </w:rPr>
              <w:t>Побокіна</w:t>
            </w:r>
            <w:proofErr w:type="spellEnd"/>
            <w:r w:rsidRPr="000978B9">
              <w:rPr>
                <w:rFonts w:cs="Times New Roman"/>
                <w:sz w:val="22"/>
              </w:rPr>
              <w:t> Галина, кандидат психологічних наук, кафедра практичної психології та соціальної роботи </w:t>
            </w:r>
          </w:p>
        </w:tc>
      </w:tr>
      <w:tr w:rsidR="009506B9" w:rsidRPr="000978B9" w14:paraId="6F684525" w14:textId="77777777" w:rsidTr="00AF167E">
        <w:trPr>
          <w:jc w:val="center"/>
        </w:trPr>
        <w:tc>
          <w:tcPr>
            <w:tcW w:w="1261" w:type="dxa"/>
          </w:tcPr>
          <w:p w14:paraId="6FC0D8E9" w14:textId="59E39061" w:rsidR="009506B9" w:rsidRPr="000978B9" w:rsidRDefault="009506B9" w:rsidP="000978B9">
            <w:pPr>
              <w:rPr>
                <w:rFonts w:cs="Times New Roman"/>
                <w:sz w:val="22"/>
              </w:rPr>
            </w:pPr>
            <w:r w:rsidRPr="000978B9">
              <w:rPr>
                <w:rFonts w:cs="Times New Roman"/>
                <w:sz w:val="22"/>
              </w:rPr>
              <w:t>15.04.2025 </w:t>
            </w:r>
          </w:p>
        </w:tc>
        <w:tc>
          <w:tcPr>
            <w:tcW w:w="4369" w:type="dxa"/>
          </w:tcPr>
          <w:p w14:paraId="544E55CF" w14:textId="0DA15D5F" w:rsidR="009506B9" w:rsidRPr="000978B9" w:rsidRDefault="009506B9" w:rsidP="000978B9">
            <w:pPr>
              <w:rPr>
                <w:rFonts w:cs="Times New Roman"/>
                <w:sz w:val="22"/>
              </w:rPr>
            </w:pPr>
            <w:r w:rsidRPr="000978B9">
              <w:rPr>
                <w:rFonts w:cs="Times New Roman"/>
                <w:sz w:val="22"/>
              </w:rPr>
              <w:t xml:space="preserve">Загальний старостат. Зустріч з новообраною головою Студентського самоврядування </w:t>
            </w:r>
            <w:proofErr w:type="spellStart"/>
            <w:r w:rsidRPr="000978B9">
              <w:rPr>
                <w:rFonts w:cs="Times New Roman"/>
                <w:sz w:val="22"/>
              </w:rPr>
              <w:t>Андрійченко</w:t>
            </w:r>
            <w:proofErr w:type="spellEnd"/>
            <w:r w:rsidRPr="000978B9">
              <w:rPr>
                <w:rFonts w:cs="Times New Roman"/>
                <w:sz w:val="22"/>
              </w:rPr>
              <w:t xml:space="preserve"> Анастасією </w:t>
            </w:r>
          </w:p>
        </w:tc>
        <w:tc>
          <w:tcPr>
            <w:tcW w:w="4168" w:type="dxa"/>
          </w:tcPr>
          <w:p w14:paraId="5C3EC715" w14:textId="0287B266" w:rsidR="009506B9" w:rsidRPr="000978B9" w:rsidRDefault="009506B9" w:rsidP="000978B9">
            <w:pPr>
              <w:rPr>
                <w:rFonts w:cs="Times New Roman"/>
                <w:sz w:val="22"/>
              </w:rPr>
            </w:pPr>
            <w:r w:rsidRPr="000978B9">
              <w:rPr>
                <w:rFonts w:cs="Times New Roman"/>
                <w:sz w:val="22"/>
              </w:rPr>
              <w:t>Студентське самоврядування </w:t>
            </w:r>
          </w:p>
        </w:tc>
      </w:tr>
      <w:tr w:rsidR="009506B9" w:rsidRPr="000978B9" w14:paraId="0AAC6DC6" w14:textId="77777777" w:rsidTr="00AF167E">
        <w:trPr>
          <w:jc w:val="center"/>
        </w:trPr>
        <w:tc>
          <w:tcPr>
            <w:tcW w:w="1261" w:type="dxa"/>
          </w:tcPr>
          <w:p w14:paraId="2FE99894" w14:textId="0A26C07E" w:rsidR="009506B9" w:rsidRPr="000978B9" w:rsidRDefault="009506B9" w:rsidP="000978B9">
            <w:pPr>
              <w:rPr>
                <w:rFonts w:cs="Times New Roman"/>
                <w:sz w:val="22"/>
              </w:rPr>
            </w:pPr>
            <w:r w:rsidRPr="000978B9">
              <w:rPr>
                <w:rFonts w:cs="Times New Roman"/>
                <w:sz w:val="22"/>
              </w:rPr>
              <w:t>22.04.2025 </w:t>
            </w:r>
          </w:p>
        </w:tc>
        <w:tc>
          <w:tcPr>
            <w:tcW w:w="4369" w:type="dxa"/>
          </w:tcPr>
          <w:p w14:paraId="2F8F3531" w14:textId="2AD39EF7" w:rsidR="009506B9" w:rsidRPr="000978B9" w:rsidRDefault="009506B9" w:rsidP="000978B9">
            <w:pPr>
              <w:rPr>
                <w:rFonts w:cs="Times New Roman"/>
                <w:sz w:val="22"/>
              </w:rPr>
            </w:pPr>
            <w:r w:rsidRPr="000978B9">
              <w:rPr>
                <w:rFonts w:cs="Times New Roman"/>
                <w:sz w:val="22"/>
              </w:rPr>
              <w:t>Емоційне та професійне вигорання людини під час війни </w:t>
            </w:r>
          </w:p>
        </w:tc>
        <w:tc>
          <w:tcPr>
            <w:tcW w:w="4168" w:type="dxa"/>
          </w:tcPr>
          <w:p w14:paraId="23F860F5" w14:textId="13862E25" w:rsidR="009506B9" w:rsidRPr="000978B9" w:rsidRDefault="009506B9" w:rsidP="000978B9">
            <w:pPr>
              <w:rPr>
                <w:rFonts w:cs="Times New Roman"/>
                <w:sz w:val="22"/>
              </w:rPr>
            </w:pPr>
            <w:proofErr w:type="spellStart"/>
            <w:r w:rsidRPr="000978B9">
              <w:rPr>
                <w:rFonts w:cs="Times New Roman"/>
                <w:sz w:val="22"/>
              </w:rPr>
              <w:t>д.психол.н</w:t>
            </w:r>
            <w:proofErr w:type="spellEnd"/>
            <w:r w:rsidRPr="000978B9">
              <w:rPr>
                <w:rFonts w:cs="Times New Roman"/>
                <w:sz w:val="22"/>
              </w:rPr>
              <w:t>., проф., професор кафедри психології та соціології </w:t>
            </w:r>
            <w:proofErr w:type="spellStart"/>
            <w:r w:rsidRPr="000978B9">
              <w:rPr>
                <w:rFonts w:cs="Times New Roman"/>
                <w:sz w:val="22"/>
              </w:rPr>
              <w:t>Гарькавець</w:t>
            </w:r>
            <w:proofErr w:type="spellEnd"/>
            <w:r w:rsidRPr="000978B9">
              <w:rPr>
                <w:rFonts w:cs="Times New Roman"/>
                <w:sz w:val="22"/>
              </w:rPr>
              <w:t> Сергій Олексійович </w:t>
            </w:r>
          </w:p>
        </w:tc>
      </w:tr>
      <w:tr w:rsidR="009506B9" w:rsidRPr="000978B9" w14:paraId="75ADA15B" w14:textId="77777777" w:rsidTr="00AF167E">
        <w:trPr>
          <w:jc w:val="center"/>
        </w:trPr>
        <w:tc>
          <w:tcPr>
            <w:tcW w:w="1261" w:type="dxa"/>
          </w:tcPr>
          <w:p w14:paraId="4816A066" w14:textId="0BB360CB" w:rsidR="009506B9" w:rsidRPr="000978B9" w:rsidRDefault="009506B9" w:rsidP="000978B9">
            <w:pPr>
              <w:rPr>
                <w:rFonts w:cs="Times New Roman"/>
                <w:sz w:val="22"/>
              </w:rPr>
            </w:pPr>
            <w:r w:rsidRPr="000978B9">
              <w:rPr>
                <w:rFonts w:cs="Times New Roman"/>
                <w:sz w:val="22"/>
              </w:rPr>
              <w:t>29.04.2025 </w:t>
            </w:r>
          </w:p>
        </w:tc>
        <w:tc>
          <w:tcPr>
            <w:tcW w:w="4369" w:type="dxa"/>
          </w:tcPr>
          <w:p w14:paraId="27143F00" w14:textId="1DA505B4" w:rsidR="009506B9" w:rsidRPr="000978B9" w:rsidRDefault="009506B9" w:rsidP="000978B9">
            <w:pPr>
              <w:rPr>
                <w:rFonts w:cs="Times New Roman"/>
                <w:sz w:val="22"/>
              </w:rPr>
            </w:pPr>
            <w:proofErr w:type="spellStart"/>
            <w:r w:rsidRPr="000978B9">
              <w:rPr>
                <w:rFonts w:cs="Times New Roman"/>
                <w:sz w:val="22"/>
              </w:rPr>
              <w:t>Soft</w:t>
            </w:r>
            <w:proofErr w:type="spellEnd"/>
            <w:r w:rsidRPr="000978B9">
              <w:rPr>
                <w:rFonts w:cs="Times New Roman"/>
                <w:sz w:val="22"/>
              </w:rPr>
              <w:t> </w:t>
            </w:r>
            <w:proofErr w:type="spellStart"/>
            <w:r w:rsidRPr="000978B9">
              <w:rPr>
                <w:rFonts w:cs="Times New Roman"/>
                <w:sz w:val="22"/>
              </w:rPr>
              <w:t>skills</w:t>
            </w:r>
            <w:proofErr w:type="spellEnd"/>
            <w:r w:rsidRPr="000978B9">
              <w:rPr>
                <w:rFonts w:cs="Times New Roman"/>
                <w:sz w:val="22"/>
              </w:rPr>
              <w:t> — це </w:t>
            </w:r>
            <w:proofErr w:type="spellStart"/>
            <w:r w:rsidRPr="000978B9">
              <w:rPr>
                <w:rFonts w:cs="Times New Roman"/>
                <w:sz w:val="22"/>
              </w:rPr>
              <w:t>суперсила</w:t>
            </w:r>
            <w:proofErr w:type="spellEnd"/>
            <w:r w:rsidRPr="000978B9">
              <w:rPr>
                <w:rFonts w:cs="Times New Roman"/>
                <w:sz w:val="22"/>
              </w:rPr>
              <w:t>  XXI сторіччя. Як відповідати на виклики та бути успішним в різних життєвих сферах </w:t>
            </w:r>
          </w:p>
        </w:tc>
        <w:tc>
          <w:tcPr>
            <w:tcW w:w="4168" w:type="dxa"/>
          </w:tcPr>
          <w:p w14:paraId="4EC1A396" w14:textId="5ED89013" w:rsidR="009506B9" w:rsidRPr="000978B9" w:rsidRDefault="009506B9" w:rsidP="000978B9">
            <w:pPr>
              <w:rPr>
                <w:rFonts w:cs="Times New Roman"/>
                <w:sz w:val="22"/>
              </w:rPr>
            </w:pPr>
            <w:r w:rsidRPr="000978B9">
              <w:rPr>
                <w:rFonts w:cs="Times New Roman"/>
                <w:sz w:val="22"/>
              </w:rPr>
              <w:t>Університетський центр медіації та ментального здоров'я, Катерина Моргунова та  Прохор Луценко – здобувачі вищої освіти  </w:t>
            </w:r>
          </w:p>
        </w:tc>
      </w:tr>
      <w:tr w:rsidR="009506B9" w:rsidRPr="000978B9" w14:paraId="019FF8F3" w14:textId="77777777" w:rsidTr="00AF167E">
        <w:trPr>
          <w:jc w:val="center"/>
        </w:trPr>
        <w:tc>
          <w:tcPr>
            <w:tcW w:w="1261" w:type="dxa"/>
          </w:tcPr>
          <w:p w14:paraId="0527DD4A" w14:textId="7B94F601" w:rsidR="009506B9" w:rsidRPr="000978B9" w:rsidRDefault="009506B9" w:rsidP="000978B9">
            <w:pPr>
              <w:rPr>
                <w:rFonts w:cs="Times New Roman"/>
                <w:sz w:val="22"/>
              </w:rPr>
            </w:pPr>
            <w:r w:rsidRPr="000978B9">
              <w:rPr>
                <w:rFonts w:cs="Times New Roman"/>
                <w:sz w:val="22"/>
              </w:rPr>
              <w:t>06.05.2025 </w:t>
            </w:r>
          </w:p>
        </w:tc>
        <w:tc>
          <w:tcPr>
            <w:tcW w:w="4369" w:type="dxa"/>
          </w:tcPr>
          <w:p w14:paraId="656107D1" w14:textId="351BFFE5" w:rsidR="009506B9" w:rsidRPr="000978B9" w:rsidRDefault="009506B9" w:rsidP="000978B9">
            <w:pPr>
              <w:rPr>
                <w:rFonts w:cs="Times New Roman"/>
                <w:sz w:val="22"/>
              </w:rPr>
            </w:pPr>
            <w:r w:rsidRPr="000978B9">
              <w:rPr>
                <w:rFonts w:cs="Times New Roman"/>
                <w:sz w:val="22"/>
              </w:rPr>
              <w:t>"Війною палала рідна Україна", приурочено до 80-річчя завершення ІІ Світової війни </w:t>
            </w:r>
          </w:p>
        </w:tc>
        <w:tc>
          <w:tcPr>
            <w:tcW w:w="4168" w:type="dxa"/>
          </w:tcPr>
          <w:p w14:paraId="5675D602" w14:textId="0E34C99D" w:rsidR="009506B9" w:rsidRPr="000978B9" w:rsidRDefault="009506B9" w:rsidP="000978B9">
            <w:pPr>
              <w:rPr>
                <w:rFonts w:cs="Times New Roman"/>
                <w:sz w:val="22"/>
              </w:rPr>
            </w:pPr>
            <w:r w:rsidRPr="000978B9">
              <w:rPr>
                <w:rFonts w:cs="Times New Roman"/>
                <w:sz w:val="22"/>
              </w:rPr>
              <w:t>фахівці Державного архіву Луганської області (м. Київ) (в рамках Меморандуму про співпрацю між СНУ ім. В. Даля та Державним архівом Луганської області). </w:t>
            </w:r>
          </w:p>
        </w:tc>
      </w:tr>
      <w:tr w:rsidR="009506B9" w:rsidRPr="000978B9" w14:paraId="21ED7421" w14:textId="77777777" w:rsidTr="00AF167E">
        <w:trPr>
          <w:jc w:val="center"/>
        </w:trPr>
        <w:tc>
          <w:tcPr>
            <w:tcW w:w="1261" w:type="dxa"/>
          </w:tcPr>
          <w:p w14:paraId="461893A7" w14:textId="1CAE6F4A" w:rsidR="009506B9" w:rsidRPr="000978B9" w:rsidRDefault="009506B9" w:rsidP="000978B9">
            <w:pPr>
              <w:rPr>
                <w:rFonts w:cs="Times New Roman"/>
                <w:sz w:val="22"/>
              </w:rPr>
            </w:pPr>
            <w:r w:rsidRPr="000978B9">
              <w:rPr>
                <w:rFonts w:cs="Times New Roman"/>
                <w:sz w:val="22"/>
              </w:rPr>
              <w:t>13.05.2025 </w:t>
            </w:r>
          </w:p>
        </w:tc>
        <w:tc>
          <w:tcPr>
            <w:tcW w:w="4369" w:type="dxa"/>
          </w:tcPr>
          <w:p w14:paraId="37E53C6B" w14:textId="1A274236" w:rsidR="009506B9" w:rsidRPr="000978B9" w:rsidRDefault="009506B9" w:rsidP="000978B9">
            <w:pPr>
              <w:rPr>
                <w:rFonts w:cs="Times New Roman"/>
                <w:sz w:val="22"/>
              </w:rPr>
            </w:pPr>
            <w:r w:rsidRPr="000978B9">
              <w:rPr>
                <w:rFonts w:cs="Times New Roman"/>
                <w:sz w:val="22"/>
              </w:rPr>
              <w:t>До Дня Європи </w:t>
            </w:r>
          </w:p>
        </w:tc>
        <w:tc>
          <w:tcPr>
            <w:tcW w:w="4168" w:type="dxa"/>
          </w:tcPr>
          <w:p w14:paraId="704BAB09" w14:textId="5200EA20" w:rsidR="009506B9" w:rsidRPr="000978B9" w:rsidRDefault="009506B9" w:rsidP="000978B9">
            <w:pPr>
              <w:rPr>
                <w:rFonts w:cs="Times New Roman"/>
                <w:sz w:val="22"/>
              </w:rPr>
            </w:pPr>
            <w:proofErr w:type="spellStart"/>
            <w:r w:rsidRPr="000978B9">
              <w:rPr>
                <w:rFonts w:cs="Times New Roman"/>
                <w:sz w:val="22"/>
              </w:rPr>
              <w:t>Муленко</w:t>
            </w:r>
            <w:proofErr w:type="spellEnd"/>
            <w:r w:rsidRPr="000978B9">
              <w:rPr>
                <w:rFonts w:cs="Times New Roman"/>
                <w:sz w:val="22"/>
              </w:rPr>
              <w:t> Адель-Софія — студентка ФГСН;</w:t>
            </w:r>
            <w:r w:rsidR="000978B9">
              <w:rPr>
                <w:rFonts w:cs="Times New Roman"/>
                <w:sz w:val="22"/>
              </w:rPr>
              <w:t xml:space="preserve"> </w:t>
            </w:r>
            <w:r w:rsidRPr="000978B9">
              <w:rPr>
                <w:rFonts w:cs="Times New Roman"/>
                <w:sz w:val="22"/>
              </w:rPr>
              <w:t xml:space="preserve">Кузьмина Олександра </w:t>
            </w:r>
            <w:r w:rsidRPr="000978B9">
              <w:rPr>
                <w:rFonts w:cs="Times New Roman"/>
                <w:sz w:val="22"/>
              </w:rPr>
              <w:lastRenderedPageBreak/>
              <w:t>— студентка ФІ, голова студентської ради факультету. </w:t>
            </w:r>
          </w:p>
        </w:tc>
      </w:tr>
      <w:tr w:rsidR="009506B9" w:rsidRPr="000978B9" w14:paraId="45D12412" w14:textId="77777777" w:rsidTr="00AF167E">
        <w:trPr>
          <w:jc w:val="center"/>
        </w:trPr>
        <w:tc>
          <w:tcPr>
            <w:tcW w:w="1261" w:type="dxa"/>
          </w:tcPr>
          <w:p w14:paraId="3BB9E088" w14:textId="6AF02526" w:rsidR="009506B9" w:rsidRPr="000978B9" w:rsidRDefault="009506B9" w:rsidP="000978B9">
            <w:pPr>
              <w:rPr>
                <w:rFonts w:cs="Times New Roman"/>
                <w:sz w:val="22"/>
              </w:rPr>
            </w:pPr>
            <w:r w:rsidRPr="000978B9">
              <w:rPr>
                <w:rFonts w:cs="Times New Roman"/>
                <w:sz w:val="22"/>
              </w:rPr>
              <w:lastRenderedPageBreak/>
              <w:t>20.05.2025 </w:t>
            </w:r>
          </w:p>
        </w:tc>
        <w:tc>
          <w:tcPr>
            <w:tcW w:w="4369" w:type="dxa"/>
          </w:tcPr>
          <w:p w14:paraId="64E79493" w14:textId="76441888" w:rsidR="009506B9" w:rsidRPr="000978B9" w:rsidRDefault="009506B9" w:rsidP="000978B9">
            <w:pPr>
              <w:rPr>
                <w:rFonts w:cs="Times New Roman"/>
                <w:sz w:val="22"/>
              </w:rPr>
            </w:pPr>
            <w:r w:rsidRPr="000978B9">
              <w:rPr>
                <w:rFonts w:cs="Times New Roman"/>
                <w:sz w:val="22"/>
              </w:rPr>
              <w:t>Кураторські години в академічних групах </w:t>
            </w:r>
          </w:p>
        </w:tc>
        <w:tc>
          <w:tcPr>
            <w:tcW w:w="4168" w:type="dxa"/>
          </w:tcPr>
          <w:p w14:paraId="233BBD12" w14:textId="2D6E06CE" w:rsidR="009506B9" w:rsidRPr="000978B9" w:rsidRDefault="009506B9" w:rsidP="000978B9">
            <w:pPr>
              <w:rPr>
                <w:rFonts w:cs="Times New Roman"/>
                <w:sz w:val="22"/>
              </w:rPr>
            </w:pPr>
            <w:r w:rsidRPr="000978B9">
              <w:rPr>
                <w:rFonts w:cs="Times New Roman"/>
                <w:sz w:val="22"/>
              </w:rPr>
              <w:t>Куратори академічних груп </w:t>
            </w:r>
          </w:p>
        </w:tc>
      </w:tr>
      <w:tr w:rsidR="009506B9" w:rsidRPr="000978B9" w14:paraId="791AFD0E" w14:textId="77777777" w:rsidTr="00AF167E">
        <w:trPr>
          <w:jc w:val="center"/>
        </w:trPr>
        <w:tc>
          <w:tcPr>
            <w:tcW w:w="1261" w:type="dxa"/>
          </w:tcPr>
          <w:p w14:paraId="2A3A6330" w14:textId="19CE16A6" w:rsidR="009506B9" w:rsidRPr="000978B9" w:rsidRDefault="009506B9" w:rsidP="000978B9">
            <w:pPr>
              <w:rPr>
                <w:rFonts w:cs="Times New Roman"/>
                <w:sz w:val="22"/>
              </w:rPr>
            </w:pPr>
            <w:r w:rsidRPr="000978B9">
              <w:rPr>
                <w:rFonts w:cs="Times New Roman"/>
                <w:sz w:val="22"/>
              </w:rPr>
              <w:t>27.05.2025 </w:t>
            </w:r>
          </w:p>
        </w:tc>
        <w:tc>
          <w:tcPr>
            <w:tcW w:w="4369" w:type="dxa"/>
          </w:tcPr>
          <w:p w14:paraId="1CFBE5E2" w14:textId="7107C7CD" w:rsidR="009506B9" w:rsidRPr="000978B9" w:rsidRDefault="009506B9" w:rsidP="000978B9">
            <w:pPr>
              <w:rPr>
                <w:rFonts w:cs="Times New Roman"/>
                <w:sz w:val="22"/>
              </w:rPr>
            </w:pPr>
            <w:r w:rsidRPr="000978B9">
              <w:rPr>
                <w:rFonts w:cs="Times New Roman"/>
                <w:sz w:val="22"/>
              </w:rPr>
              <w:t>Кураторські години в академічних групах </w:t>
            </w:r>
          </w:p>
        </w:tc>
        <w:tc>
          <w:tcPr>
            <w:tcW w:w="4168" w:type="dxa"/>
          </w:tcPr>
          <w:p w14:paraId="06AEC07C" w14:textId="528901CD" w:rsidR="009506B9" w:rsidRPr="000978B9" w:rsidRDefault="009506B9" w:rsidP="000978B9">
            <w:pPr>
              <w:rPr>
                <w:rFonts w:cs="Times New Roman"/>
                <w:sz w:val="22"/>
              </w:rPr>
            </w:pPr>
            <w:r w:rsidRPr="000978B9">
              <w:rPr>
                <w:rFonts w:cs="Times New Roman"/>
                <w:sz w:val="22"/>
              </w:rPr>
              <w:t>Куратори академічних груп </w:t>
            </w:r>
          </w:p>
        </w:tc>
      </w:tr>
    </w:tbl>
    <w:p w14:paraId="3942AEE8" w14:textId="77777777" w:rsidR="003C1143" w:rsidRDefault="003C1143" w:rsidP="000978B9">
      <w:pPr>
        <w:rPr>
          <w:rFonts w:cs="Times New Roman"/>
          <w:szCs w:val="24"/>
        </w:rPr>
      </w:pPr>
    </w:p>
    <w:p w14:paraId="485DD136" w14:textId="77777777" w:rsidR="000978B9" w:rsidRPr="000978B9" w:rsidRDefault="000978B9" w:rsidP="000978B9">
      <w:pPr>
        <w:rPr>
          <w:rFonts w:cs="Times New Roman"/>
          <w:szCs w:val="24"/>
        </w:rPr>
      </w:pPr>
    </w:p>
    <w:p w14:paraId="4E3CC330" w14:textId="77777777" w:rsidR="003C1143" w:rsidRPr="000978B9" w:rsidRDefault="00000000" w:rsidP="000978B9">
      <w:pPr>
        <w:jc w:val="center"/>
        <w:rPr>
          <w:rFonts w:cs="Times New Roman"/>
          <w:b/>
          <w:bCs/>
          <w:szCs w:val="24"/>
        </w:rPr>
      </w:pPr>
      <w:r w:rsidRPr="000978B9">
        <w:rPr>
          <w:rFonts w:cs="Times New Roman"/>
          <w:b/>
          <w:bCs/>
          <w:szCs w:val="24"/>
        </w:rPr>
        <w:t>2025–2026 навчальний рік</w:t>
      </w:r>
    </w:p>
    <w:tbl>
      <w:tblPr>
        <w:tblStyle w:val="aff2"/>
        <w:tblW w:w="0" w:type="auto"/>
        <w:jc w:val="center"/>
        <w:tblLook w:val="04A0" w:firstRow="1" w:lastRow="0" w:firstColumn="1" w:lastColumn="0" w:noHBand="0" w:noVBand="1"/>
      </w:tblPr>
      <w:tblGrid>
        <w:gridCol w:w="1261"/>
        <w:gridCol w:w="4176"/>
        <w:gridCol w:w="4185"/>
      </w:tblGrid>
      <w:tr w:rsidR="009506B9" w:rsidRPr="000978B9" w14:paraId="7BE64C5D" w14:textId="77777777" w:rsidTr="009506B9">
        <w:trPr>
          <w:jc w:val="center"/>
        </w:trPr>
        <w:tc>
          <w:tcPr>
            <w:tcW w:w="1261" w:type="dxa"/>
          </w:tcPr>
          <w:p w14:paraId="302980ED" w14:textId="77777777" w:rsidR="009506B9" w:rsidRPr="000978B9" w:rsidRDefault="009506B9" w:rsidP="000978B9">
            <w:pPr>
              <w:rPr>
                <w:rFonts w:cs="Times New Roman"/>
                <w:sz w:val="22"/>
              </w:rPr>
            </w:pPr>
            <w:r w:rsidRPr="000978B9">
              <w:rPr>
                <w:rFonts w:cs="Times New Roman"/>
                <w:sz w:val="22"/>
              </w:rPr>
              <w:t>Дата</w:t>
            </w:r>
          </w:p>
        </w:tc>
        <w:tc>
          <w:tcPr>
            <w:tcW w:w="4323" w:type="dxa"/>
          </w:tcPr>
          <w:p w14:paraId="4343CA61" w14:textId="77777777" w:rsidR="009506B9" w:rsidRPr="000978B9" w:rsidRDefault="009506B9" w:rsidP="000978B9">
            <w:pPr>
              <w:rPr>
                <w:rFonts w:cs="Times New Roman"/>
                <w:sz w:val="22"/>
              </w:rPr>
            </w:pPr>
            <w:r w:rsidRPr="000978B9">
              <w:rPr>
                <w:rFonts w:cs="Times New Roman"/>
                <w:sz w:val="22"/>
              </w:rPr>
              <w:t>Тема</w:t>
            </w:r>
          </w:p>
        </w:tc>
        <w:tc>
          <w:tcPr>
            <w:tcW w:w="4215" w:type="dxa"/>
          </w:tcPr>
          <w:p w14:paraId="1AB7D39E" w14:textId="77777777" w:rsidR="009506B9" w:rsidRPr="000978B9" w:rsidRDefault="009506B9" w:rsidP="000978B9">
            <w:pPr>
              <w:rPr>
                <w:rFonts w:cs="Times New Roman"/>
                <w:sz w:val="22"/>
              </w:rPr>
            </w:pPr>
            <w:r w:rsidRPr="000978B9">
              <w:rPr>
                <w:rFonts w:cs="Times New Roman"/>
                <w:sz w:val="22"/>
              </w:rPr>
              <w:t>Спікер</w:t>
            </w:r>
          </w:p>
        </w:tc>
      </w:tr>
      <w:tr w:rsidR="009506B9" w:rsidRPr="000978B9" w14:paraId="6753EF59" w14:textId="77777777" w:rsidTr="009506B9">
        <w:trPr>
          <w:jc w:val="center"/>
        </w:trPr>
        <w:tc>
          <w:tcPr>
            <w:tcW w:w="1261" w:type="dxa"/>
          </w:tcPr>
          <w:p w14:paraId="4D0C7C54" w14:textId="57BBA970" w:rsidR="009506B9" w:rsidRPr="000978B9" w:rsidRDefault="009506B9" w:rsidP="000978B9">
            <w:pPr>
              <w:rPr>
                <w:rFonts w:cs="Times New Roman"/>
                <w:sz w:val="22"/>
              </w:rPr>
            </w:pPr>
            <w:r w:rsidRPr="000978B9">
              <w:rPr>
                <w:rFonts w:cs="Times New Roman"/>
                <w:sz w:val="22"/>
              </w:rPr>
              <w:t>02.09.2025 </w:t>
            </w:r>
          </w:p>
        </w:tc>
        <w:tc>
          <w:tcPr>
            <w:tcW w:w="4323" w:type="dxa"/>
          </w:tcPr>
          <w:p w14:paraId="730A75C2" w14:textId="0572C68E" w:rsidR="009506B9" w:rsidRPr="000978B9" w:rsidRDefault="009506B9" w:rsidP="000978B9">
            <w:pPr>
              <w:rPr>
                <w:rFonts w:cs="Times New Roman"/>
                <w:sz w:val="22"/>
              </w:rPr>
            </w:pPr>
            <w:r w:rsidRPr="000978B9">
              <w:rPr>
                <w:rFonts w:cs="Times New Roman"/>
                <w:sz w:val="22"/>
              </w:rPr>
              <w:t>Кураторські години по факультетах </w:t>
            </w:r>
          </w:p>
        </w:tc>
        <w:tc>
          <w:tcPr>
            <w:tcW w:w="4215" w:type="dxa"/>
          </w:tcPr>
          <w:p w14:paraId="73548C1C" w14:textId="40BDE7EC" w:rsidR="009506B9" w:rsidRPr="000978B9" w:rsidRDefault="009506B9" w:rsidP="000978B9">
            <w:pPr>
              <w:rPr>
                <w:rFonts w:cs="Times New Roman"/>
                <w:sz w:val="22"/>
              </w:rPr>
            </w:pPr>
            <w:r w:rsidRPr="000978B9">
              <w:rPr>
                <w:rFonts w:cs="Times New Roman"/>
                <w:sz w:val="22"/>
              </w:rPr>
              <w:t>Декани факультетів </w:t>
            </w:r>
          </w:p>
        </w:tc>
      </w:tr>
      <w:tr w:rsidR="009506B9" w:rsidRPr="000978B9" w14:paraId="3FD386A9" w14:textId="77777777" w:rsidTr="009506B9">
        <w:trPr>
          <w:jc w:val="center"/>
        </w:trPr>
        <w:tc>
          <w:tcPr>
            <w:tcW w:w="1261" w:type="dxa"/>
          </w:tcPr>
          <w:p w14:paraId="1A121D2C" w14:textId="5EFF63DF" w:rsidR="009506B9" w:rsidRPr="000978B9" w:rsidRDefault="009506B9" w:rsidP="000978B9">
            <w:pPr>
              <w:rPr>
                <w:rFonts w:cs="Times New Roman"/>
                <w:sz w:val="22"/>
              </w:rPr>
            </w:pPr>
            <w:r w:rsidRPr="000978B9">
              <w:rPr>
                <w:rFonts w:cs="Times New Roman"/>
                <w:sz w:val="22"/>
              </w:rPr>
              <w:t>09.09.2025 </w:t>
            </w:r>
          </w:p>
        </w:tc>
        <w:tc>
          <w:tcPr>
            <w:tcW w:w="4323" w:type="dxa"/>
          </w:tcPr>
          <w:p w14:paraId="43F5F3C8" w14:textId="04EF1928" w:rsidR="009506B9" w:rsidRPr="000978B9" w:rsidRDefault="009506B9" w:rsidP="000978B9">
            <w:pPr>
              <w:rPr>
                <w:rFonts w:cs="Times New Roman"/>
                <w:sz w:val="22"/>
              </w:rPr>
            </w:pPr>
            <w:r w:rsidRPr="000978B9">
              <w:rPr>
                <w:rFonts w:cs="Times New Roman"/>
                <w:sz w:val="22"/>
              </w:rPr>
              <w:t>Кураторські години в академічних групах </w:t>
            </w:r>
          </w:p>
        </w:tc>
        <w:tc>
          <w:tcPr>
            <w:tcW w:w="4215" w:type="dxa"/>
          </w:tcPr>
          <w:p w14:paraId="4D960E7B" w14:textId="43AA06F1" w:rsidR="009506B9" w:rsidRPr="000978B9" w:rsidRDefault="009506B9" w:rsidP="000978B9">
            <w:pPr>
              <w:rPr>
                <w:rFonts w:cs="Times New Roman"/>
                <w:sz w:val="22"/>
              </w:rPr>
            </w:pPr>
            <w:r w:rsidRPr="000978B9">
              <w:rPr>
                <w:rFonts w:cs="Times New Roman"/>
                <w:sz w:val="22"/>
              </w:rPr>
              <w:t>Куратори академічних груп </w:t>
            </w:r>
          </w:p>
        </w:tc>
      </w:tr>
      <w:tr w:rsidR="009506B9" w:rsidRPr="000978B9" w14:paraId="55C2AF36" w14:textId="77777777" w:rsidTr="009506B9">
        <w:trPr>
          <w:jc w:val="center"/>
        </w:trPr>
        <w:tc>
          <w:tcPr>
            <w:tcW w:w="1261" w:type="dxa"/>
          </w:tcPr>
          <w:p w14:paraId="560F629E" w14:textId="06A73F27" w:rsidR="009506B9" w:rsidRPr="000978B9" w:rsidRDefault="009506B9" w:rsidP="000978B9">
            <w:pPr>
              <w:rPr>
                <w:rFonts w:cs="Times New Roman"/>
                <w:sz w:val="22"/>
              </w:rPr>
            </w:pPr>
            <w:r w:rsidRPr="000978B9">
              <w:rPr>
                <w:rFonts w:cs="Times New Roman"/>
                <w:sz w:val="22"/>
              </w:rPr>
              <w:t>16.09.2025 </w:t>
            </w:r>
          </w:p>
        </w:tc>
        <w:tc>
          <w:tcPr>
            <w:tcW w:w="4323" w:type="dxa"/>
          </w:tcPr>
          <w:p w14:paraId="27473ADD" w14:textId="6CD9235D" w:rsidR="009506B9" w:rsidRPr="000978B9" w:rsidRDefault="009506B9" w:rsidP="000978B9">
            <w:pPr>
              <w:rPr>
                <w:rFonts w:cs="Times New Roman"/>
                <w:sz w:val="22"/>
              </w:rPr>
            </w:pPr>
            <w:r w:rsidRPr="000978B9">
              <w:rPr>
                <w:rFonts w:cs="Times New Roman"/>
                <w:sz w:val="22"/>
              </w:rPr>
              <w:t>Інформаційні  ресурси  та послуги наукової  бібліотеки СНУ ім. В. Даля на допомогу освітньому  процесу. </w:t>
            </w:r>
          </w:p>
        </w:tc>
        <w:tc>
          <w:tcPr>
            <w:tcW w:w="4215" w:type="dxa"/>
          </w:tcPr>
          <w:p w14:paraId="72AA069A" w14:textId="612EA27D" w:rsidR="009506B9" w:rsidRPr="000978B9" w:rsidRDefault="009506B9" w:rsidP="000978B9">
            <w:pPr>
              <w:rPr>
                <w:rFonts w:cs="Times New Roman"/>
                <w:sz w:val="22"/>
              </w:rPr>
            </w:pPr>
            <w:r w:rsidRPr="000978B9">
              <w:rPr>
                <w:rFonts w:cs="Times New Roman"/>
                <w:sz w:val="22"/>
              </w:rPr>
              <w:t>Савельєва Вероніка Владиславівна, заступниця директора Наукової бібліотеки СНУ ім. В. Даля. </w:t>
            </w:r>
          </w:p>
        </w:tc>
      </w:tr>
      <w:tr w:rsidR="009506B9" w:rsidRPr="000978B9" w14:paraId="698D18FD" w14:textId="77777777" w:rsidTr="009506B9">
        <w:trPr>
          <w:jc w:val="center"/>
        </w:trPr>
        <w:tc>
          <w:tcPr>
            <w:tcW w:w="1261" w:type="dxa"/>
          </w:tcPr>
          <w:p w14:paraId="04EBDB0F" w14:textId="592E662D" w:rsidR="009506B9" w:rsidRPr="000978B9" w:rsidRDefault="009506B9" w:rsidP="000978B9">
            <w:pPr>
              <w:rPr>
                <w:rFonts w:cs="Times New Roman"/>
                <w:sz w:val="22"/>
              </w:rPr>
            </w:pPr>
            <w:r w:rsidRPr="000978B9">
              <w:rPr>
                <w:rFonts w:cs="Times New Roman"/>
                <w:sz w:val="22"/>
              </w:rPr>
              <w:t>23.09.2025 </w:t>
            </w:r>
          </w:p>
        </w:tc>
        <w:tc>
          <w:tcPr>
            <w:tcW w:w="4323" w:type="dxa"/>
          </w:tcPr>
          <w:p w14:paraId="673F8645" w14:textId="551C916A" w:rsidR="009506B9" w:rsidRPr="000978B9" w:rsidRDefault="009506B9" w:rsidP="000978B9">
            <w:pPr>
              <w:rPr>
                <w:rFonts w:cs="Times New Roman"/>
                <w:sz w:val="22"/>
              </w:rPr>
            </w:pPr>
            <w:r w:rsidRPr="000978B9">
              <w:rPr>
                <w:rFonts w:cs="Times New Roman"/>
                <w:sz w:val="22"/>
              </w:rPr>
              <w:t>Знайомство з членами студентської ради, організаційні питання та інше.    </w:t>
            </w:r>
          </w:p>
        </w:tc>
        <w:tc>
          <w:tcPr>
            <w:tcW w:w="4215" w:type="dxa"/>
          </w:tcPr>
          <w:p w14:paraId="0B0EEB46" w14:textId="440380F3" w:rsidR="009506B9" w:rsidRPr="000978B9" w:rsidRDefault="009506B9" w:rsidP="000978B9">
            <w:pPr>
              <w:rPr>
                <w:rFonts w:cs="Times New Roman"/>
                <w:sz w:val="22"/>
              </w:rPr>
            </w:pPr>
            <w:r w:rsidRPr="000978B9">
              <w:rPr>
                <w:rFonts w:cs="Times New Roman"/>
                <w:sz w:val="22"/>
              </w:rPr>
              <w:t>Студентське самоврядування </w:t>
            </w:r>
          </w:p>
        </w:tc>
      </w:tr>
      <w:tr w:rsidR="009506B9" w:rsidRPr="000978B9" w14:paraId="58ADAEAE" w14:textId="77777777" w:rsidTr="009506B9">
        <w:trPr>
          <w:jc w:val="center"/>
        </w:trPr>
        <w:tc>
          <w:tcPr>
            <w:tcW w:w="1261" w:type="dxa"/>
          </w:tcPr>
          <w:p w14:paraId="63FD7690" w14:textId="6412B03A" w:rsidR="009506B9" w:rsidRPr="000978B9" w:rsidRDefault="009506B9" w:rsidP="000978B9">
            <w:pPr>
              <w:rPr>
                <w:rFonts w:cs="Times New Roman"/>
                <w:sz w:val="22"/>
              </w:rPr>
            </w:pPr>
            <w:r w:rsidRPr="000978B9">
              <w:rPr>
                <w:rFonts w:cs="Times New Roman"/>
                <w:sz w:val="22"/>
              </w:rPr>
              <w:t>30.09.2025 </w:t>
            </w:r>
          </w:p>
        </w:tc>
        <w:tc>
          <w:tcPr>
            <w:tcW w:w="4323" w:type="dxa"/>
          </w:tcPr>
          <w:p w14:paraId="0DBA5E66" w14:textId="5576C444" w:rsidR="009506B9" w:rsidRPr="000978B9" w:rsidRDefault="009506B9" w:rsidP="000978B9">
            <w:pPr>
              <w:rPr>
                <w:rFonts w:cs="Times New Roman"/>
                <w:sz w:val="22"/>
              </w:rPr>
            </w:pPr>
            <w:r w:rsidRPr="000978B9">
              <w:rPr>
                <w:rFonts w:cs="Times New Roman"/>
                <w:sz w:val="22"/>
              </w:rPr>
              <w:t>Кураторські години в академічних групах </w:t>
            </w:r>
          </w:p>
        </w:tc>
        <w:tc>
          <w:tcPr>
            <w:tcW w:w="4215" w:type="dxa"/>
          </w:tcPr>
          <w:p w14:paraId="41C43663" w14:textId="48544450" w:rsidR="009506B9" w:rsidRPr="000978B9" w:rsidRDefault="009506B9" w:rsidP="000978B9">
            <w:pPr>
              <w:rPr>
                <w:rFonts w:cs="Times New Roman"/>
                <w:sz w:val="22"/>
              </w:rPr>
            </w:pPr>
            <w:r w:rsidRPr="000978B9">
              <w:rPr>
                <w:rFonts w:cs="Times New Roman"/>
                <w:sz w:val="22"/>
              </w:rPr>
              <w:t>Куратори академічних груп </w:t>
            </w:r>
          </w:p>
        </w:tc>
      </w:tr>
      <w:tr w:rsidR="009506B9" w:rsidRPr="000978B9" w14:paraId="6495F856" w14:textId="77777777" w:rsidTr="009506B9">
        <w:trPr>
          <w:jc w:val="center"/>
        </w:trPr>
        <w:tc>
          <w:tcPr>
            <w:tcW w:w="1261" w:type="dxa"/>
          </w:tcPr>
          <w:p w14:paraId="12BBF2D3" w14:textId="3BFF7FC8" w:rsidR="009506B9" w:rsidRPr="000978B9" w:rsidRDefault="009506B9" w:rsidP="000978B9">
            <w:pPr>
              <w:rPr>
                <w:rFonts w:cs="Times New Roman"/>
                <w:sz w:val="22"/>
              </w:rPr>
            </w:pPr>
            <w:r w:rsidRPr="000978B9">
              <w:rPr>
                <w:rFonts w:cs="Times New Roman"/>
                <w:sz w:val="22"/>
              </w:rPr>
              <w:t>07.10.2025 </w:t>
            </w:r>
          </w:p>
        </w:tc>
        <w:tc>
          <w:tcPr>
            <w:tcW w:w="4323" w:type="dxa"/>
          </w:tcPr>
          <w:p w14:paraId="4F5F3935" w14:textId="63CD8235" w:rsidR="009506B9" w:rsidRPr="000978B9" w:rsidRDefault="009506B9" w:rsidP="000978B9">
            <w:pPr>
              <w:rPr>
                <w:rFonts w:cs="Times New Roman"/>
                <w:sz w:val="22"/>
              </w:rPr>
            </w:pPr>
            <w:r w:rsidRPr="000978B9">
              <w:rPr>
                <w:rFonts w:cs="Times New Roman"/>
                <w:sz w:val="22"/>
              </w:rPr>
              <w:t>Гуманітарна допомога для ВПО. </w:t>
            </w:r>
          </w:p>
        </w:tc>
        <w:tc>
          <w:tcPr>
            <w:tcW w:w="4215" w:type="dxa"/>
          </w:tcPr>
          <w:p w14:paraId="132274B5" w14:textId="5E092097" w:rsidR="009506B9" w:rsidRPr="000978B9" w:rsidRDefault="009506B9" w:rsidP="000978B9">
            <w:pPr>
              <w:rPr>
                <w:rFonts w:cs="Times New Roman"/>
                <w:sz w:val="22"/>
              </w:rPr>
            </w:pPr>
            <w:r w:rsidRPr="000978B9">
              <w:rPr>
                <w:rFonts w:cs="Times New Roman"/>
                <w:sz w:val="22"/>
              </w:rPr>
              <w:t>Вікторія </w:t>
            </w:r>
            <w:proofErr w:type="spellStart"/>
            <w:r w:rsidRPr="000978B9">
              <w:rPr>
                <w:rFonts w:cs="Times New Roman"/>
                <w:sz w:val="22"/>
              </w:rPr>
              <w:t>Жолудєва</w:t>
            </w:r>
            <w:proofErr w:type="spellEnd"/>
            <w:r w:rsidRPr="000978B9">
              <w:rPr>
                <w:rFonts w:cs="Times New Roman"/>
                <w:sz w:val="22"/>
              </w:rPr>
              <w:t>, </w:t>
            </w:r>
            <w:proofErr w:type="spellStart"/>
            <w:r w:rsidRPr="000978B9">
              <w:rPr>
                <w:rFonts w:cs="Times New Roman"/>
                <w:sz w:val="22"/>
              </w:rPr>
              <w:t>менторка</w:t>
            </w:r>
            <w:proofErr w:type="spellEnd"/>
            <w:r w:rsidRPr="000978B9">
              <w:rPr>
                <w:rFonts w:cs="Times New Roman"/>
                <w:sz w:val="22"/>
              </w:rPr>
              <w:t> юридичної клініки "PRO BONO". </w:t>
            </w:r>
          </w:p>
        </w:tc>
      </w:tr>
      <w:tr w:rsidR="009506B9" w:rsidRPr="000978B9" w14:paraId="2F0C54AF" w14:textId="77777777" w:rsidTr="009506B9">
        <w:trPr>
          <w:jc w:val="center"/>
        </w:trPr>
        <w:tc>
          <w:tcPr>
            <w:tcW w:w="1261" w:type="dxa"/>
          </w:tcPr>
          <w:p w14:paraId="1F3B459F" w14:textId="53D5E5E9" w:rsidR="009506B9" w:rsidRPr="000978B9" w:rsidRDefault="009506B9" w:rsidP="000978B9">
            <w:pPr>
              <w:rPr>
                <w:rFonts w:cs="Times New Roman"/>
                <w:sz w:val="22"/>
              </w:rPr>
            </w:pPr>
            <w:r w:rsidRPr="000978B9">
              <w:rPr>
                <w:rFonts w:cs="Times New Roman"/>
                <w:sz w:val="22"/>
              </w:rPr>
              <w:t>14.10.2025 </w:t>
            </w:r>
          </w:p>
        </w:tc>
        <w:tc>
          <w:tcPr>
            <w:tcW w:w="4323" w:type="dxa"/>
          </w:tcPr>
          <w:p w14:paraId="3FEA953E" w14:textId="1F342BEE" w:rsidR="009506B9" w:rsidRPr="000978B9" w:rsidRDefault="009506B9" w:rsidP="000978B9">
            <w:pPr>
              <w:rPr>
                <w:rFonts w:cs="Times New Roman"/>
                <w:sz w:val="22"/>
              </w:rPr>
            </w:pPr>
            <w:r w:rsidRPr="000978B9">
              <w:rPr>
                <w:rFonts w:cs="Times New Roman"/>
                <w:sz w:val="22"/>
              </w:rPr>
              <w:t>Історія СНУ ім. В. Даля: погляд із сьогодення. </w:t>
            </w:r>
          </w:p>
        </w:tc>
        <w:tc>
          <w:tcPr>
            <w:tcW w:w="4215" w:type="dxa"/>
          </w:tcPr>
          <w:p w14:paraId="256C3302" w14:textId="2F861298" w:rsidR="009506B9" w:rsidRPr="000978B9" w:rsidRDefault="009506B9" w:rsidP="000978B9">
            <w:pPr>
              <w:rPr>
                <w:rFonts w:cs="Times New Roman"/>
                <w:sz w:val="22"/>
              </w:rPr>
            </w:pPr>
            <w:r w:rsidRPr="000978B9">
              <w:rPr>
                <w:rFonts w:cs="Times New Roman"/>
                <w:sz w:val="22"/>
              </w:rPr>
              <w:t>Сергієнко Сергій Юрійович, доцент кафедри історії та археології. </w:t>
            </w:r>
          </w:p>
        </w:tc>
      </w:tr>
      <w:tr w:rsidR="009506B9" w:rsidRPr="000978B9" w14:paraId="1C91DD35" w14:textId="77777777" w:rsidTr="009506B9">
        <w:trPr>
          <w:jc w:val="center"/>
        </w:trPr>
        <w:tc>
          <w:tcPr>
            <w:tcW w:w="1261" w:type="dxa"/>
          </w:tcPr>
          <w:p w14:paraId="7D0826DB" w14:textId="4FE1F5B5" w:rsidR="009506B9" w:rsidRPr="000978B9" w:rsidRDefault="009506B9" w:rsidP="000978B9">
            <w:pPr>
              <w:rPr>
                <w:rFonts w:cs="Times New Roman"/>
                <w:sz w:val="22"/>
              </w:rPr>
            </w:pPr>
            <w:r w:rsidRPr="000978B9">
              <w:rPr>
                <w:rFonts w:cs="Times New Roman"/>
                <w:sz w:val="22"/>
              </w:rPr>
              <w:t>21.10.2025 </w:t>
            </w:r>
          </w:p>
        </w:tc>
        <w:tc>
          <w:tcPr>
            <w:tcW w:w="4323" w:type="dxa"/>
          </w:tcPr>
          <w:p w14:paraId="3CC7990E" w14:textId="45840F7C" w:rsidR="009506B9" w:rsidRPr="000978B9" w:rsidRDefault="009506B9" w:rsidP="000978B9">
            <w:pPr>
              <w:rPr>
                <w:rFonts w:cs="Times New Roman"/>
                <w:sz w:val="22"/>
              </w:rPr>
            </w:pPr>
            <w:r w:rsidRPr="000978B9">
              <w:rPr>
                <w:rFonts w:cs="Times New Roman"/>
                <w:sz w:val="22"/>
              </w:rPr>
              <w:t>Цифрові сервіси для людей, які постраждали від військових дій. </w:t>
            </w:r>
          </w:p>
        </w:tc>
        <w:tc>
          <w:tcPr>
            <w:tcW w:w="4215" w:type="dxa"/>
          </w:tcPr>
          <w:p w14:paraId="50478920" w14:textId="7652DFB6" w:rsidR="009506B9" w:rsidRPr="000978B9" w:rsidRDefault="009506B9" w:rsidP="000978B9">
            <w:pPr>
              <w:rPr>
                <w:rFonts w:cs="Times New Roman"/>
                <w:sz w:val="22"/>
              </w:rPr>
            </w:pPr>
            <w:r w:rsidRPr="000978B9">
              <w:rPr>
                <w:rFonts w:cs="Times New Roman"/>
                <w:sz w:val="22"/>
              </w:rPr>
              <w:t>консультанти ЮК "PRO BONO" Данило </w:t>
            </w:r>
            <w:proofErr w:type="spellStart"/>
            <w:r w:rsidRPr="000978B9">
              <w:rPr>
                <w:rFonts w:cs="Times New Roman"/>
                <w:sz w:val="22"/>
              </w:rPr>
              <w:t>Степченко</w:t>
            </w:r>
            <w:proofErr w:type="spellEnd"/>
            <w:r w:rsidRPr="000978B9">
              <w:rPr>
                <w:rFonts w:cs="Times New Roman"/>
                <w:sz w:val="22"/>
              </w:rPr>
              <w:t> та Таїсія Гармаш, куратор ЮК "PRO BONO" Любов Котова. </w:t>
            </w:r>
          </w:p>
        </w:tc>
      </w:tr>
      <w:tr w:rsidR="009506B9" w:rsidRPr="000978B9" w14:paraId="58A8633D" w14:textId="77777777" w:rsidTr="009506B9">
        <w:trPr>
          <w:jc w:val="center"/>
        </w:trPr>
        <w:tc>
          <w:tcPr>
            <w:tcW w:w="1261" w:type="dxa"/>
          </w:tcPr>
          <w:p w14:paraId="08F8F502" w14:textId="2A9C0755" w:rsidR="009506B9" w:rsidRPr="000978B9" w:rsidRDefault="009506B9" w:rsidP="000978B9">
            <w:pPr>
              <w:rPr>
                <w:rFonts w:cs="Times New Roman"/>
                <w:sz w:val="22"/>
              </w:rPr>
            </w:pPr>
            <w:r w:rsidRPr="000978B9">
              <w:rPr>
                <w:rFonts w:cs="Times New Roman"/>
                <w:sz w:val="22"/>
              </w:rPr>
              <w:t>28.10.2025 </w:t>
            </w:r>
          </w:p>
        </w:tc>
        <w:tc>
          <w:tcPr>
            <w:tcW w:w="4323" w:type="dxa"/>
          </w:tcPr>
          <w:p w14:paraId="51DC01CD" w14:textId="645D36E3" w:rsidR="009506B9" w:rsidRPr="000978B9" w:rsidRDefault="009506B9" w:rsidP="000978B9">
            <w:pPr>
              <w:rPr>
                <w:rFonts w:cs="Times New Roman"/>
                <w:sz w:val="22"/>
              </w:rPr>
            </w:pPr>
            <w:r w:rsidRPr="000978B9">
              <w:rPr>
                <w:rFonts w:cs="Times New Roman"/>
                <w:sz w:val="22"/>
              </w:rPr>
              <w:t>Здоров'я - скарб, який завжди при тобі. </w:t>
            </w:r>
          </w:p>
        </w:tc>
        <w:tc>
          <w:tcPr>
            <w:tcW w:w="4215" w:type="dxa"/>
          </w:tcPr>
          <w:p w14:paraId="003DF888" w14:textId="670F8059" w:rsidR="009506B9" w:rsidRPr="000978B9" w:rsidRDefault="009506B9" w:rsidP="000978B9">
            <w:pPr>
              <w:rPr>
                <w:rFonts w:cs="Times New Roman"/>
                <w:sz w:val="22"/>
              </w:rPr>
            </w:pPr>
            <w:proofErr w:type="spellStart"/>
            <w:r w:rsidRPr="000978B9">
              <w:rPr>
                <w:rFonts w:cs="Times New Roman"/>
                <w:sz w:val="22"/>
              </w:rPr>
              <w:t>Лук'янюк</w:t>
            </w:r>
            <w:proofErr w:type="spellEnd"/>
            <w:r w:rsidRPr="000978B9">
              <w:rPr>
                <w:rFonts w:cs="Times New Roman"/>
                <w:sz w:val="22"/>
              </w:rPr>
              <w:t> Олександр Васильович, старший викладач кафедри фізичного виховання. </w:t>
            </w:r>
          </w:p>
        </w:tc>
      </w:tr>
      <w:tr w:rsidR="009506B9" w:rsidRPr="000978B9" w14:paraId="2C7C8E59" w14:textId="77777777" w:rsidTr="009506B9">
        <w:trPr>
          <w:jc w:val="center"/>
        </w:trPr>
        <w:tc>
          <w:tcPr>
            <w:tcW w:w="1261" w:type="dxa"/>
          </w:tcPr>
          <w:p w14:paraId="53185AEB" w14:textId="3ED214E8" w:rsidR="009506B9" w:rsidRPr="000978B9" w:rsidRDefault="009506B9" w:rsidP="000978B9">
            <w:pPr>
              <w:rPr>
                <w:rFonts w:cs="Times New Roman"/>
                <w:sz w:val="22"/>
              </w:rPr>
            </w:pPr>
            <w:r w:rsidRPr="000978B9">
              <w:rPr>
                <w:rFonts w:cs="Times New Roman"/>
                <w:sz w:val="22"/>
              </w:rPr>
              <w:t>04.11.2025 </w:t>
            </w:r>
          </w:p>
        </w:tc>
        <w:tc>
          <w:tcPr>
            <w:tcW w:w="4323" w:type="dxa"/>
          </w:tcPr>
          <w:p w14:paraId="6864BE43" w14:textId="58BBC706" w:rsidR="009506B9" w:rsidRPr="000978B9" w:rsidRDefault="009506B9" w:rsidP="000978B9">
            <w:pPr>
              <w:rPr>
                <w:rFonts w:cs="Times New Roman"/>
                <w:sz w:val="22"/>
              </w:rPr>
            </w:pPr>
            <w:r w:rsidRPr="000978B9">
              <w:rPr>
                <w:rFonts w:cs="Times New Roman"/>
                <w:sz w:val="22"/>
              </w:rPr>
              <w:t>Кураторські години в академічних групах </w:t>
            </w:r>
          </w:p>
        </w:tc>
        <w:tc>
          <w:tcPr>
            <w:tcW w:w="4215" w:type="dxa"/>
          </w:tcPr>
          <w:p w14:paraId="7BE408D2" w14:textId="36CF1236" w:rsidR="009506B9" w:rsidRPr="000978B9" w:rsidRDefault="009506B9" w:rsidP="000978B9">
            <w:pPr>
              <w:rPr>
                <w:rFonts w:cs="Times New Roman"/>
                <w:sz w:val="22"/>
              </w:rPr>
            </w:pPr>
            <w:r w:rsidRPr="000978B9">
              <w:rPr>
                <w:rFonts w:cs="Times New Roman"/>
                <w:sz w:val="22"/>
              </w:rPr>
              <w:t>Куратори академічних груп </w:t>
            </w:r>
          </w:p>
        </w:tc>
      </w:tr>
      <w:tr w:rsidR="009506B9" w:rsidRPr="000978B9" w14:paraId="19DE9A0B" w14:textId="77777777" w:rsidTr="009506B9">
        <w:trPr>
          <w:jc w:val="center"/>
        </w:trPr>
        <w:tc>
          <w:tcPr>
            <w:tcW w:w="1261" w:type="dxa"/>
          </w:tcPr>
          <w:p w14:paraId="66FDC357" w14:textId="1C78D7A2" w:rsidR="009506B9" w:rsidRPr="000978B9" w:rsidRDefault="009506B9" w:rsidP="000978B9">
            <w:pPr>
              <w:rPr>
                <w:rFonts w:cs="Times New Roman"/>
                <w:sz w:val="22"/>
              </w:rPr>
            </w:pPr>
            <w:r w:rsidRPr="000978B9">
              <w:rPr>
                <w:rFonts w:cs="Times New Roman"/>
                <w:sz w:val="22"/>
              </w:rPr>
              <w:t>11.11.2025 </w:t>
            </w:r>
          </w:p>
        </w:tc>
        <w:tc>
          <w:tcPr>
            <w:tcW w:w="4323" w:type="dxa"/>
          </w:tcPr>
          <w:p w14:paraId="303BBE31" w14:textId="40FA8413" w:rsidR="009506B9" w:rsidRPr="000978B9" w:rsidRDefault="009506B9" w:rsidP="000978B9">
            <w:pPr>
              <w:rPr>
                <w:rFonts w:cs="Times New Roman"/>
                <w:sz w:val="22"/>
              </w:rPr>
            </w:pPr>
            <w:r w:rsidRPr="000978B9">
              <w:rPr>
                <w:rFonts w:cs="Times New Roman"/>
                <w:sz w:val="22"/>
              </w:rPr>
              <w:t>«Протидія торгівлі людьми в онлайн просторі». </w:t>
            </w:r>
          </w:p>
        </w:tc>
        <w:tc>
          <w:tcPr>
            <w:tcW w:w="4215" w:type="dxa"/>
          </w:tcPr>
          <w:p w14:paraId="7EFC329E" w14:textId="65A99A4D" w:rsidR="009506B9" w:rsidRPr="000978B9" w:rsidRDefault="009506B9" w:rsidP="000978B9">
            <w:pPr>
              <w:rPr>
                <w:rFonts w:cs="Times New Roman"/>
                <w:sz w:val="22"/>
              </w:rPr>
            </w:pPr>
            <w:r w:rsidRPr="000978B9">
              <w:rPr>
                <w:rFonts w:cs="Times New Roman"/>
                <w:sz w:val="22"/>
              </w:rPr>
              <w:t>Університетський центр медіації та ментального здоров’я. </w:t>
            </w:r>
          </w:p>
        </w:tc>
      </w:tr>
      <w:tr w:rsidR="009506B9" w:rsidRPr="000978B9" w14:paraId="7D6253EA" w14:textId="77777777" w:rsidTr="009506B9">
        <w:trPr>
          <w:jc w:val="center"/>
        </w:trPr>
        <w:tc>
          <w:tcPr>
            <w:tcW w:w="1261" w:type="dxa"/>
          </w:tcPr>
          <w:p w14:paraId="3DB0E96F" w14:textId="62F5230A" w:rsidR="009506B9" w:rsidRPr="000978B9" w:rsidRDefault="009506B9" w:rsidP="000978B9">
            <w:pPr>
              <w:rPr>
                <w:rFonts w:cs="Times New Roman"/>
                <w:sz w:val="22"/>
              </w:rPr>
            </w:pPr>
            <w:r w:rsidRPr="000978B9">
              <w:rPr>
                <w:rFonts w:cs="Times New Roman"/>
                <w:sz w:val="22"/>
              </w:rPr>
              <w:t>18.11.2025 </w:t>
            </w:r>
          </w:p>
        </w:tc>
        <w:tc>
          <w:tcPr>
            <w:tcW w:w="4323" w:type="dxa"/>
          </w:tcPr>
          <w:p w14:paraId="46F81D7E" w14:textId="36916E2A" w:rsidR="009506B9" w:rsidRPr="000978B9" w:rsidRDefault="009506B9" w:rsidP="000978B9">
            <w:pPr>
              <w:rPr>
                <w:rFonts w:cs="Times New Roman"/>
                <w:sz w:val="22"/>
              </w:rPr>
            </w:pPr>
            <w:r w:rsidRPr="000978B9">
              <w:rPr>
                <w:rFonts w:cs="Times New Roman"/>
                <w:sz w:val="22"/>
              </w:rPr>
              <w:t>"Дизайн-мислення як інструмент молодіжних соціальних інновацій" </w:t>
            </w:r>
          </w:p>
        </w:tc>
        <w:tc>
          <w:tcPr>
            <w:tcW w:w="4215" w:type="dxa"/>
          </w:tcPr>
          <w:p w14:paraId="37905745" w14:textId="043C1435" w:rsidR="009506B9" w:rsidRPr="000978B9" w:rsidRDefault="009506B9" w:rsidP="000978B9">
            <w:pPr>
              <w:rPr>
                <w:rFonts w:cs="Times New Roman"/>
                <w:sz w:val="22"/>
              </w:rPr>
            </w:pPr>
            <w:proofErr w:type="spellStart"/>
            <w:r w:rsidRPr="000978B9">
              <w:rPr>
                <w:rFonts w:cs="Times New Roman"/>
                <w:sz w:val="22"/>
              </w:rPr>
              <w:t>Карчевська</w:t>
            </w:r>
            <w:proofErr w:type="spellEnd"/>
            <w:r w:rsidRPr="000978B9">
              <w:rPr>
                <w:rFonts w:cs="Times New Roman"/>
                <w:sz w:val="22"/>
              </w:rPr>
              <w:t> Олена, </w:t>
            </w:r>
            <w:proofErr w:type="spellStart"/>
            <w:r w:rsidRPr="000978B9">
              <w:rPr>
                <w:rFonts w:cs="Times New Roman"/>
                <w:sz w:val="22"/>
              </w:rPr>
              <w:t>доцентка</w:t>
            </w:r>
            <w:proofErr w:type="spellEnd"/>
            <w:r w:rsidRPr="000978B9">
              <w:rPr>
                <w:rFonts w:cs="Times New Roman"/>
                <w:sz w:val="22"/>
              </w:rPr>
              <w:t> факультету права, гуманітарних і соціальних наук. </w:t>
            </w:r>
          </w:p>
        </w:tc>
      </w:tr>
      <w:tr w:rsidR="009506B9" w:rsidRPr="000978B9" w14:paraId="3756E8A6" w14:textId="77777777" w:rsidTr="009506B9">
        <w:trPr>
          <w:jc w:val="center"/>
        </w:trPr>
        <w:tc>
          <w:tcPr>
            <w:tcW w:w="1261" w:type="dxa"/>
          </w:tcPr>
          <w:p w14:paraId="17BF7B65" w14:textId="714E1185" w:rsidR="009506B9" w:rsidRPr="000978B9" w:rsidRDefault="009506B9" w:rsidP="000978B9">
            <w:pPr>
              <w:rPr>
                <w:rFonts w:cs="Times New Roman"/>
                <w:sz w:val="22"/>
              </w:rPr>
            </w:pPr>
            <w:r w:rsidRPr="000978B9">
              <w:rPr>
                <w:rFonts w:cs="Times New Roman"/>
                <w:sz w:val="22"/>
              </w:rPr>
              <w:t>25.11.2025 </w:t>
            </w:r>
          </w:p>
        </w:tc>
        <w:tc>
          <w:tcPr>
            <w:tcW w:w="4323" w:type="dxa"/>
          </w:tcPr>
          <w:p w14:paraId="27ED9B0C" w14:textId="0FDFEBA8" w:rsidR="009506B9" w:rsidRPr="000978B9" w:rsidRDefault="009506B9" w:rsidP="000978B9">
            <w:pPr>
              <w:rPr>
                <w:rFonts w:cs="Times New Roman"/>
                <w:sz w:val="22"/>
              </w:rPr>
            </w:pPr>
            <w:r w:rsidRPr="000978B9">
              <w:rPr>
                <w:rFonts w:cs="Times New Roman"/>
                <w:sz w:val="22"/>
              </w:rPr>
              <w:t>Кураторські години в академічних групах </w:t>
            </w:r>
          </w:p>
        </w:tc>
        <w:tc>
          <w:tcPr>
            <w:tcW w:w="4215" w:type="dxa"/>
          </w:tcPr>
          <w:p w14:paraId="6161EE87" w14:textId="1C603A90" w:rsidR="009506B9" w:rsidRPr="000978B9" w:rsidRDefault="009506B9" w:rsidP="000978B9">
            <w:pPr>
              <w:rPr>
                <w:rFonts w:cs="Times New Roman"/>
                <w:sz w:val="22"/>
              </w:rPr>
            </w:pPr>
            <w:r w:rsidRPr="000978B9">
              <w:rPr>
                <w:rFonts w:cs="Times New Roman"/>
                <w:sz w:val="22"/>
              </w:rPr>
              <w:t>Куратори академічних груп </w:t>
            </w:r>
          </w:p>
        </w:tc>
      </w:tr>
      <w:tr w:rsidR="009506B9" w:rsidRPr="000978B9" w14:paraId="059E2A48" w14:textId="77777777" w:rsidTr="009506B9">
        <w:trPr>
          <w:jc w:val="center"/>
        </w:trPr>
        <w:tc>
          <w:tcPr>
            <w:tcW w:w="1261" w:type="dxa"/>
          </w:tcPr>
          <w:p w14:paraId="30E1E546" w14:textId="1D699B59" w:rsidR="009506B9" w:rsidRPr="000978B9" w:rsidRDefault="009506B9" w:rsidP="000978B9">
            <w:pPr>
              <w:rPr>
                <w:rFonts w:cs="Times New Roman"/>
                <w:sz w:val="22"/>
              </w:rPr>
            </w:pPr>
            <w:r w:rsidRPr="000978B9">
              <w:rPr>
                <w:rFonts w:cs="Times New Roman"/>
                <w:sz w:val="22"/>
              </w:rPr>
              <w:t>02.12.2025 </w:t>
            </w:r>
          </w:p>
        </w:tc>
        <w:tc>
          <w:tcPr>
            <w:tcW w:w="4323" w:type="dxa"/>
          </w:tcPr>
          <w:p w14:paraId="65258D23" w14:textId="2A201729" w:rsidR="009506B9" w:rsidRPr="000978B9" w:rsidRDefault="009506B9" w:rsidP="000978B9">
            <w:pPr>
              <w:rPr>
                <w:rFonts w:cs="Times New Roman"/>
                <w:sz w:val="22"/>
              </w:rPr>
            </w:pPr>
            <w:r w:rsidRPr="000978B9">
              <w:rPr>
                <w:rFonts w:cs="Times New Roman"/>
                <w:sz w:val="22"/>
              </w:rPr>
              <w:t>"Академічна доброчесність в освітньому процесі". </w:t>
            </w:r>
          </w:p>
        </w:tc>
        <w:tc>
          <w:tcPr>
            <w:tcW w:w="4215" w:type="dxa"/>
          </w:tcPr>
          <w:p w14:paraId="6CA46854" w14:textId="303DEF7A" w:rsidR="009506B9" w:rsidRPr="000978B9" w:rsidRDefault="009506B9" w:rsidP="000978B9">
            <w:pPr>
              <w:rPr>
                <w:rFonts w:cs="Times New Roman"/>
                <w:sz w:val="22"/>
              </w:rPr>
            </w:pPr>
            <w:proofErr w:type="spellStart"/>
            <w:r w:rsidRPr="000978B9">
              <w:rPr>
                <w:rFonts w:cs="Times New Roman"/>
                <w:sz w:val="22"/>
              </w:rPr>
              <w:t>Володіна</w:t>
            </w:r>
            <w:proofErr w:type="spellEnd"/>
            <w:r w:rsidRPr="000978B9">
              <w:rPr>
                <w:rFonts w:cs="Times New Roman"/>
                <w:sz w:val="22"/>
              </w:rPr>
              <w:t> Людмила Валеріївна, директорка центру внутрішнього забезпечення якості освіти. </w:t>
            </w:r>
          </w:p>
        </w:tc>
      </w:tr>
      <w:tr w:rsidR="009506B9" w:rsidRPr="000978B9" w14:paraId="6D9924F8" w14:textId="77777777" w:rsidTr="009506B9">
        <w:trPr>
          <w:jc w:val="center"/>
        </w:trPr>
        <w:tc>
          <w:tcPr>
            <w:tcW w:w="1261" w:type="dxa"/>
          </w:tcPr>
          <w:p w14:paraId="45B8D445" w14:textId="3EB49626" w:rsidR="009506B9" w:rsidRPr="000978B9" w:rsidRDefault="009506B9" w:rsidP="000978B9">
            <w:pPr>
              <w:rPr>
                <w:rFonts w:cs="Times New Roman"/>
                <w:sz w:val="22"/>
              </w:rPr>
            </w:pPr>
            <w:r w:rsidRPr="000978B9">
              <w:rPr>
                <w:rFonts w:cs="Times New Roman"/>
                <w:sz w:val="22"/>
              </w:rPr>
              <w:t>17.03.2026 </w:t>
            </w:r>
          </w:p>
        </w:tc>
        <w:tc>
          <w:tcPr>
            <w:tcW w:w="4323" w:type="dxa"/>
          </w:tcPr>
          <w:p w14:paraId="5EB424CC" w14:textId="5FDA97F9" w:rsidR="009506B9" w:rsidRPr="000978B9" w:rsidRDefault="009506B9" w:rsidP="000978B9">
            <w:pPr>
              <w:rPr>
                <w:rFonts w:cs="Times New Roman"/>
                <w:sz w:val="22"/>
              </w:rPr>
            </w:pPr>
            <w:r w:rsidRPr="000978B9">
              <w:rPr>
                <w:rFonts w:cs="Times New Roman"/>
                <w:sz w:val="22"/>
              </w:rPr>
              <w:t>Факультетські кураторські години (перша кураторська година в семестрі) </w:t>
            </w:r>
          </w:p>
        </w:tc>
        <w:tc>
          <w:tcPr>
            <w:tcW w:w="4215" w:type="dxa"/>
          </w:tcPr>
          <w:p w14:paraId="3FF48CC3" w14:textId="60051494" w:rsidR="009506B9" w:rsidRPr="000978B9" w:rsidRDefault="009506B9" w:rsidP="000978B9">
            <w:pPr>
              <w:rPr>
                <w:rFonts w:cs="Times New Roman"/>
                <w:sz w:val="22"/>
              </w:rPr>
            </w:pPr>
            <w:r w:rsidRPr="000978B9">
              <w:rPr>
                <w:rFonts w:cs="Times New Roman"/>
                <w:sz w:val="22"/>
              </w:rPr>
              <w:t>Декани </w:t>
            </w:r>
          </w:p>
        </w:tc>
      </w:tr>
      <w:tr w:rsidR="009506B9" w:rsidRPr="000978B9" w14:paraId="2DE26ACA" w14:textId="77777777" w:rsidTr="009506B9">
        <w:trPr>
          <w:jc w:val="center"/>
        </w:trPr>
        <w:tc>
          <w:tcPr>
            <w:tcW w:w="1261" w:type="dxa"/>
          </w:tcPr>
          <w:p w14:paraId="2FCCF74E" w14:textId="30F10779" w:rsidR="009506B9" w:rsidRPr="000978B9" w:rsidRDefault="009506B9" w:rsidP="000978B9">
            <w:pPr>
              <w:rPr>
                <w:rFonts w:cs="Times New Roman"/>
                <w:sz w:val="22"/>
              </w:rPr>
            </w:pPr>
            <w:r w:rsidRPr="000978B9">
              <w:rPr>
                <w:rFonts w:cs="Times New Roman"/>
                <w:sz w:val="22"/>
              </w:rPr>
              <w:t>24.03.2026 </w:t>
            </w:r>
          </w:p>
        </w:tc>
        <w:tc>
          <w:tcPr>
            <w:tcW w:w="4323" w:type="dxa"/>
          </w:tcPr>
          <w:p w14:paraId="65383271" w14:textId="3DF36BE6" w:rsidR="009506B9" w:rsidRPr="000978B9" w:rsidRDefault="009506B9" w:rsidP="000978B9">
            <w:pPr>
              <w:rPr>
                <w:rFonts w:cs="Times New Roman"/>
                <w:sz w:val="22"/>
              </w:rPr>
            </w:pPr>
            <w:r w:rsidRPr="000978B9">
              <w:rPr>
                <w:rFonts w:cs="Times New Roman"/>
                <w:sz w:val="22"/>
              </w:rPr>
              <w:t>СНУ ім. В. Даля: огляд сучасної історії. </w:t>
            </w:r>
          </w:p>
        </w:tc>
        <w:tc>
          <w:tcPr>
            <w:tcW w:w="4215" w:type="dxa"/>
          </w:tcPr>
          <w:p w14:paraId="37F4015A" w14:textId="3E7F333E" w:rsidR="009506B9" w:rsidRPr="000978B9" w:rsidRDefault="009506B9" w:rsidP="000978B9">
            <w:pPr>
              <w:rPr>
                <w:rFonts w:cs="Times New Roman"/>
                <w:sz w:val="22"/>
              </w:rPr>
            </w:pPr>
            <w:r w:rsidRPr="000978B9">
              <w:rPr>
                <w:rFonts w:cs="Times New Roman"/>
                <w:sz w:val="22"/>
              </w:rPr>
              <w:t>Сергієнко Сергій Юрійович, доцент кафедри історії та археології </w:t>
            </w:r>
          </w:p>
        </w:tc>
      </w:tr>
      <w:tr w:rsidR="009506B9" w:rsidRPr="000978B9" w14:paraId="37A345BB" w14:textId="77777777" w:rsidTr="009506B9">
        <w:trPr>
          <w:jc w:val="center"/>
        </w:trPr>
        <w:tc>
          <w:tcPr>
            <w:tcW w:w="1261" w:type="dxa"/>
          </w:tcPr>
          <w:p w14:paraId="1FC8C0D5" w14:textId="2454F199" w:rsidR="009506B9" w:rsidRPr="000978B9" w:rsidRDefault="009506B9" w:rsidP="000978B9">
            <w:pPr>
              <w:rPr>
                <w:rFonts w:cs="Times New Roman"/>
                <w:sz w:val="22"/>
              </w:rPr>
            </w:pPr>
            <w:r w:rsidRPr="000978B9">
              <w:rPr>
                <w:rFonts w:cs="Times New Roman"/>
                <w:sz w:val="22"/>
              </w:rPr>
              <w:t>31.03.2026 </w:t>
            </w:r>
          </w:p>
        </w:tc>
        <w:tc>
          <w:tcPr>
            <w:tcW w:w="4323" w:type="dxa"/>
          </w:tcPr>
          <w:p w14:paraId="739A7974" w14:textId="30DD9F73" w:rsidR="009506B9" w:rsidRPr="000978B9" w:rsidRDefault="009506B9" w:rsidP="000978B9">
            <w:pPr>
              <w:rPr>
                <w:rFonts w:cs="Times New Roman"/>
                <w:sz w:val="22"/>
              </w:rPr>
            </w:pPr>
            <w:r w:rsidRPr="000978B9">
              <w:rPr>
                <w:rFonts w:cs="Times New Roman"/>
                <w:sz w:val="22"/>
              </w:rPr>
              <w:t>Пізнавальна вікторина на платформі </w:t>
            </w:r>
            <w:proofErr w:type="spellStart"/>
            <w:r w:rsidRPr="000978B9">
              <w:rPr>
                <w:rFonts w:cs="Times New Roman"/>
                <w:sz w:val="22"/>
              </w:rPr>
              <w:t>Kahoot</w:t>
            </w:r>
            <w:proofErr w:type="spellEnd"/>
            <w:r w:rsidRPr="000978B9">
              <w:rPr>
                <w:rFonts w:cs="Times New Roman"/>
                <w:sz w:val="22"/>
              </w:rPr>
              <w:t>! по </w:t>
            </w:r>
            <w:proofErr w:type="spellStart"/>
            <w:r w:rsidRPr="000978B9">
              <w:rPr>
                <w:rFonts w:cs="Times New Roman"/>
                <w:sz w:val="22"/>
              </w:rPr>
              <w:t>памʼятних</w:t>
            </w:r>
            <w:proofErr w:type="spellEnd"/>
            <w:r w:rsidRPr="000978B9">
              <w:rPr>
                <w:rFonts w:cs="Times New Roman"/>
                <w:sz w:val="22"/>
              </w:rPr>
              <w:t> датах України. </w:t>
            </w:r>
          </w:p>
        </w:tc>
        <w:tc>
          <w:tcPr>
            <w:tcW w:w="4215" w:type="dxa"/>
          </w:tcPr>
          <w:p w14:paraId="08323B53" w14:textId="413AD505" w:rsidR="009506B9" w:rsidRPr="000978B9" w:rsidRDefault="009506B9" w:rsidP="000978B9">
            <w:pPr>
              <w:rPr>
                <w:rFonts w:cs="Times New Roman"/>
                <w:sz w:val="22"/>
              </w:rPr>
            </w:pPr>
            <w:r w:rsidRPr="000978B9">
              <w:rPr>
                <w:rFonts w:cs="Times New Roman"/>
                <w:sz w:val="22"/>
              </w:rPr>
              <w:t>Студентське самоврядування СНУ ім. В. Даля </w:t>
            </w:r>
          </w:p>
        </w:tc>
      </w:tr>
      <w:tr w:rsidR="009506B9" w:rsidRPr="000978B9" w14:paraId="25339E8A" w14:textId="77777777" w:rsidTr="009506B9">
        <w:trPr>
          <w:jc w:val="center"/>
        </w:trPr>
        <w:tc>
          <w:tcPr>
            <w:tcW w:w="1261" w:type="dxa"/>
          </w:tcPr>
          <w:p w14:paraId="0DB6EE61" w14:textId="4EE62BB4" w:rsidR="009506B9" w:rsidRPr="000978B9" w:rsidRDefault="009506B9" w:rsidP="000978B9">
            <w:pPr>
              <w:rPr>
                <w:rFonts w:cs="Times New Roman"/>
                <w:sz w:val="22"/>
              </w:rPr>
            </w:pPr>
            <w:r w:rsidRPr="000978B9">
              <w:rPr>
                <w:rFonts w:cs="Times New Roman"/>
                <w:sz w:val="22"/>
              </w:rPr>
              <w:t>07.04.2026 </w:t>
            </w:r>
          </w:p>
        </w:tc>
        <w:tc>
          <w:tcPr>
            <w:tcW w:w="4323" w:type="dxa"/>
          </w:tcPr>
          <w:p w14:paraId="3DE3B1BE" w14:textId="090AFD48" w:rsidR="009506B9" w:rsidRPr="000978B9" w:rsidRDefault="009506B9" w:rsidP="000978B9">
            <w:pPr>
              <w:rPr>
                <w:rFonts w:cs="Times New Roman"/>
                <w:sz w:val="22"/>
              </w:rPr>
            </w:pPr>
            <w:r w:rsidRPr="000978B9">
              <w:rPr>
                <w:rFonts w:cs="Times New Roman"/>
                <w:sz w:val="22"/>
              </w:rPr>
              <w:t>Вплив сучасних технологій на хід війни </w:t>
            </w:r>
          </w:p>
        </w:tc>
        <w:tc>
          <w:tcPr>
            <w:tcW w:w="4215" w:type="dxa"/>
          </w:tcPr>
          <w:p w14:paraId="05A36C2E" w14:textId="77777777" w:rsidR="009506B9" w:rsidRPr="000978B9" w:rsidRDefault="009506B9" w:rsidP="000978B9">
            <w:pPr>
              <w:rPr>
                <w:rFonts w:cs="Times New Roman"/>
                <w:sz w:val="22"/>
              </w:rPr>
            </w:pPr>
            <w:r w:rsidRPr="000978B9">
              <w:rPr>
                <w:rFonts w:cs="Times New Roman"/>
                <w:sz w:val="22"/>
              </w:rPr>
              <w:t>Запрошені спікери </w:t>
            </w:r>
          </w:p>
          <w:p w14:paraId="632689D5" w14:textId="6979DCF3" w:rsidR="009506B9" w:rsidRPr="000978B9" w:rsidRDefault="009506B9" w:rsidP="000978B9">
            <w:pPr>
              <w:rPr>
                <w:rFonts w:cs="Times New Roman"/>
                <w:sz w:val="22"/>
              </w:rPr>
            </w:pPr>
            <w:r w:rsidRPr="000978B9">
              <w:rPr>
                <w:rFonts w:cs="Times New Roman"/>
                <w:sz w:val="22"/>
              </w:rPr>
              <w:t> </w:t>
            </w:r>
          </w:p>
        </w:tc>
      </w:tr>
      <w:tr w:rsidR="009506B9" w:rsidRPr="000978B9" w14:paraId="2BAD3A54" w14:textId="77777777" w:rsidTr="009506B9">
        <w:trPr>
          <w:jc w:val="center"/>
        </w:trPr>
        <w:tc>
          <w:tcPr>
            <w:tcW w:w="1261" w:type="dxa"/>
          </w:tcPr>
          <w:p w14:paraId="40CEE034" w14:textId="6F277A78" w:rsidR="009506B9" w:rsidRPr="000978B9" w:rsidRDefault="009506B9" w:rsidP="000978B9">
            <w:pPr>
              <w:rPr>
                <w:rFonts w:cs="Times New Roman"/>
                <w:sz w:val="22"/>
              </w:rPr>
            </w:pPr>
            <w:r w:rsidRPr="000978B9">
              <w:rPr>
                <w:rFonts w:cs="Times New Roman"/>
                <w:sz w:val="22"/>
              </w:rPr>
              <w:lastRenderedPageBreak/>
              <w:t>14.04.2026 </w:t>
            </w:r>
          </w:p>
        </w:tc>
        <w:tc>
          <w:tcPr>
            <w:tcW w:w="4323" w:type="dxa"/>
          </w:tcPr>
          <w:p w14:paraId="031E57FB" w14:textId="77777777" w:rsidR="009506B9" w:rsidRPr="000978B9" w:rsidRDefault="009506B9" w:rsidP="000978B9">
            <w:pPr>
              <w:rPr>
                <w:rFonts w:cs="Times New Roman"/>
                <w:sz w:val="22"/>
              </w:rPr>
            </w:pPr>
            <w:r w:rsidRPr="000978B9">
              <w:rPr>
                <w:rFonts w:cs="Times New Roman"/>
                <w:sz w:val="22"/>
              </w:rPr>
              <w:t>У межах ініціативи </w:t>
            </w:r>
            <w:proofErr w:type="spellStart"/>
            <w:r w:rsidRPr="000978B9">
              <w:rPr>
                <w:rFonts w:cs="Times New Roman"/>
                <w:sz w:val="22"/>
              </w:rPr>
              <w:t>Global</w:t>
            </w:r>
            <w:proofErr w:type="spellEnd"/>
            <w:r w:rsidRPr="000978B9">
              <w:rPr>
                <w:rFonts w:cs="Times New Roman"/>
                <w:sz w:val="22"/>
              </w:rPr>
              <w:t> Money </w:t>
            </w:r>
            <w:proofErr w:type="spellStart"/>
            <w:r w:rsidRPr="000978B9">
              <w:rPr>
                <w:rFonts w:cs="Times New Roman"/>
                <w:sz w:val="22"/>
              </w:rPr>
              <w:t>Week</w:t>
            </w:r>
            <w:proofErr w:type="spellEnd"/>
            <w:r w:rsidRPr="000978B9">
              <w:rPr>
                <w:rFonts w:cs="Times New Roman"/>
                <w:sz w:val="22"/>
              </w:rPr>
              <w:t> було розроблено інтерактивний освітній продукт для студентів — гру “</w:t>
            </w:r>
            <w:proofErr w:type="spellStart"/>
            <w:r w:rsidRPr="000978B9">
              <w:rPr>
                <w:rFonts w:cs="Times New Roman"/>
                <w:sz w:val="22"/>
              </w:rPr>
              <w:t>DuckCoin</w:t>
            </w:r>
            <w:proofErr w:type="spellEnd"/>
            <w:r w:rsidRPr="000978B9">
              <w:rPr>
                <w:rFonts w:cs="Times New Roman"/>
                <w:sz w:val="22"/>
              </w:rPr>
              <w:t>: шлях до фінансової свободи".  </w:t>
            </w:r>
          </w:p>
          <w:p w14:paraId="3E21FBC5" w14:textId="77777777" w:rsidR="009506B9" w:rsidRPr="000978B9" w:rsidRDefault="009506B9" w:rsidP="000978B9">
            <w:pPr>
              <w:rPr>
                <w:rFonts w:cs="Times New Roman"/>
                <w:sz w:val="22"/>
              </w:rPr>
            </w:pPr>
            <w:r w:rsidRPr="000978B9">
              <w:rPr>
                <w:rFonts w:cs="Times New Roman"/>
                <w:sz w:val="22"/>
              </w:rPr>
              <w:t> </w:t>
            </w:r>
          </w:p>
          <w:p w14:paraId="5B7BF06C" w14:textId="38C48844" w:rsidR="009506B9" w:rsidRPr="000978B9" w:rsidRDefault="009506B9" w:rsidP="000978B9">
            <w:pPr>
              <w:rPr>
                <w:rFonts w:cs="Times New Roman"/>
                <w:sz w:val="22"/>
              </w:rPr>
            </w:pPr>
            <w:r w:rsidRPr="000978B9">
              <w:rPr>
                <w:rFonts w:cs="Times New Roman"/>
                <w:sz w:val="22"/>
              </w:rPr>
              <w:t>Попередній онлайн-показ (</w:t>
            </w:r>
            <w:proofErr w:type="spellStart"/>
            <w:r w:rsidRPr="000978B9">
              <w:rPr>
                <w:rFonts w:cs="Times New Roman"/>
                <w:sz w:val="22"/>
              </w:rPr>
              <w:t>демо</w:t>
            </w:r>
            <w:proofErr w:type="spellEnd"/>
            <w:r w:rsidRPr="000978B9">
              <w:rPr>
                <w:rFonts w:cs="Times New Roman"/>
                <w:sz w:val="22"/>
              </w:rPr>
              <w:t>-сесія). </w:t>
            </w:r>
          </w:p>
        </w:tc>
        <w:tc>
          <w:tcPr>
            <w:tcW w:w="4215" w:type="dxa"/>
          </w:tcPr>
          <w:p w14:paraId="3CC34EA7" w14:textId="66AC5F0F" w:rsidR="009506B9" w:rsidRPr="000978B9" w:rsidRDefault="009506B9" w:rsidP="000978B9">
            <w:pPr>
              <w:rPr>
                <w:rFonts w:cs="Times New Roman"/>
                <w:sz w:val="22"/>
              </w:rPr>
            </w:pPr>
            <w:r w:rsidRPr="000978B9">
              <w:rPr>
                <w:rFonts w:cs="Times New Roman"/>
                <w:sz w:val="22"/>
              </w:rPr>
              <w:t>Поліна </w:t>
            </w:r>
            <w:proofErr w:type="spellStart"/>
            <w:r w:rsidRPr="000978B9">
              <w:rPr>
                <w:rFonts w:cs="Times New Roman"/>
                <w:sz w:val="22"/>
              </w:rPr>
              <w:t>Гніденко</w:t>
            </w:r>
            <w:proofErr w:type="spellEnd"/>
            <w:r w:rsidRPr="000978B9">
              <w:rPr>
                <w:rFonts w:cs="Times New Roman"/>
                <w:sz w:val="22"/>
              </w:rPr>
              <w:t>, Провідний фахівець відділу навчання Управління з організаційного розвитку </w:t>
            </w:r>
            <w:proofErr w:type="spellStart"/>
            <w:r w:rsidRPr="000978B9">
              <w:rPr>
                <w:rFonts w:cs="Times New Roman"/>
                <w:sz w:val="22"/>
              </w:rPr>
              <w:t>персонала</w:t>
            </w:r>
            <w:proofErr w:type="spellEnd"/>
            <w:r w:rsidRPr="000978B9">
              <w:rPr>
                <w:rFonts w:cs="Times New Roman"/>
                <w:sz w:val="22"/>
              </w:rPr>
              <w:t>. </w:t>
            </w:r>
          </w:p>
        </w:tc>
      </w:tr>
      <w:tr w:rsidR="009506B9" w:rsidRPr="000978B9" w14:paraId="02747744" w14:textId="77777777" w:rsidTr="009506B9">
        <w:trPr>
          <w:jc w:val="center"/>
        </w:trPr>
        <w:tc>
          <w:tcPr>
            <w:tcW w:w="1261" w:type="dxa"/>
          </w:tcPr>
          <w:p w14:paraId="575D925D" w14:textId="589244E1" w:rsidR="009506B9" w:rsidRPr="000978B9" w:rsidRDefault="009506B9" w:rsidP="000978B9">
            <w:pPr>
              <w:rPr>
                <w:rFonts w:cs="Times New Roman"/>
                <w:sz w:val="22"/>
              </w:rPr>
            </w:pPr>
            <w:r w:rsidRPr="000978B9">
              <w:rPr>
                <w:rFonts w:cs="Times New Roman"/>
                <w:sz w:val="22"/>
              </w:rPr>
              <w:t>21.04.2026 </w:t>
            </w:r>
          </w:p>
        </w:tc>
        <w:tc>
          <w:tcPr>
            <w:tcW w:w="4323" w:type="dxa"/>
          </w:tcPr>
          <w:p w14:paraId="3BC4CE4E" w14:textId="7DC7B1CA" w:rsidR="009506B9" w:rsidRPr="000978B9" w:rsidRDefault="009506B9" w:rsidP="000978B9">
            <w:pPr>
              <w:rPr>
                <w:rFonts w:cs="Times New Roman"/>
                <w:sz w:val="22"/>
              </w:rPr>
            </w:pPr>
            <w:r w:rsidRPr="000978B9">
              <w:rPr>
                <w:rFonts w:cs="Times New Roman"/>
                <w:sz w:val="22"/>
              </w:rPr>
              <w:t>Огляд документальної книги-хроніки «У вогняному кільці. Оборона Луганського аеропорту» </w:t>
            </w:r>
          </w:p>
        </w:tc>
        <w:tc>
          <w:tcPr>
            <w:tcW w:w="4215" w:type="dxa"/>
          </w:tcPr>
          <w:p w14:paraId="082B5BFC" w14:textId="70FC8F6F" w:rsidR="009506B9" w:rsidRPr="000978B9" w:rsidRDefault="009506B9" w:rsidP="000978B9">
            <w:pPr>
              <w:rPr>
                <w:rFonts w:cs="Times New Roman"/>
                <w:sz w:val="22"/>
              </w:rPr>
            </w:pPr>
            <w:r w:rsidRPr="000978B9">
              <w:rPr>
                <w:rFonts w:cs="Times New Roman"/>
                <w:sz w:val="22"/>
              </w:rPr>
              <w:t>Анастасія </w:t>
            </w:r>
            <w:proofErr w:type="spellStart"/>
            <w:r w:rsidRPr="000978B9">
              <w:rPr>
                <w:rFonts w:cs="Times New Roman"/>
                <w:sz w:val="22"/>
              </w:rPr>
              <w:t>Глотова</w:t>
            </w:r>
            <w:proofErr w:type="spellEnd"/>
            <w:r w:rsidRPr="000978B9">
              <w:rPr>
                <w:rFonts w:cs="Times New Roman"/>
                <w:sz w:val="22"/>
              </w:rPr>
              <w:t> — перекладачка, волонтерка та </w:t>
            </w:r>
            <w:proofErr w:type="spellStart"/>
            <w:r w:rsidRPr="000978B9">
              <w:rPr>
                <w:rFonts w:cs="Times New Roman"/>
                <w:sz w:val="22"/>
              </w:rPr>
              <w:t>співавторка</w:t>
            </w:r>
            <w:proofErr w:type="spellEnd"/>
            <w:r w:rsidRPr="000978B9">
              <w:rPr>
                <w:rFonts w:cs="Times New Roman"/>
                <w:sz w:val="22"/>
              </w:rPr>
              <w:t> видання. </w:t>
            </w:r>
          </w:p>
        </w:tc>
      </w:tr>
      <w:tr w:rsidR="009506B9" w:rsidRPr="000978B9" w14:paraId="121A8C08" w14:textId="77777777" w:rsidTr="009506B9">
        <w:trPr>
          <w:jc w:val="center"/>
        </w:trPr>
        <w:tc>
          <w:tcPr>
            <w:tcW w:w="1261" w:type="dxa"/>
          </w:tcPr>
          <w:p w14:paraId="0AB14635" w14:textId="7E694C2B" w:rsidR="009506B9" w:rsidRPr="000978B9" w:rsidRDefault="009506B9" w:rsidP="000978B9">
            <w:pPr>
              <w:rPr>
                <w:rFonts w:cs="Times New Roman"/>
                <w:sz w:val="22"/>
              </w:rPr>
            </w:pPr>
            <w:r w:rsidRPr="000978B9">
              <w:rPr>
                <w:rFonts w:cs="Times New Roman"/>
                <w:sz w:val="22"/>
              </w:rPr>
              <w:t>28.04.2026 </w:t>
            </w:r>
          </w:p>
        </w:tc>
        <w:tc>
          <w:tcPr>
            <w:tcW w:w="4323" w:type="dxa"/>
          </w:tcPr>
          <w:p w14:paraId="4DDF174D" w14:textId="24179BAC" w:rsidR="009506B9" w:rsidRPr="000978B9" w:rsidRDefault="009506B9" w:rsidP="000978B9">
            <w:pPr>
              <w:rPr>
                <w:rFonts w:cs="Times New Roman"/>
                <w:sz w:val="22"/>
              </w:rPr>
            </w:pPr>
            <w:r w:rsidRPr="000978B9">
              <w:rPr>
                <w:rFonts w:cs="Times New Roman"/>
                <w:sz w:val="22"/>
              </w:rPr>
              <w:t>1986-2026: український Чорнобиль у світовому вимірі </w:t>
            </w:r>
          </w:p>
        </w:tc>
        <w:tc>
          <w:tcPr>
            <w:tcW w:w="4215" w:type="dxa"/>
          </w:tcPr>
          <w:p w14:paraId="028DB9B8" w14:textId="38BBE330" w:rsidR="009506B9" w:rsidRPr="000978B9" w:rsidRDefault="009506B9" w:rsidP="000978B9">
            <w:pPr>
              <w:rPr>
                <w:rFonts w:cs="Times New Roman"/>
                <w:sz w:val="22"/>
              </w:rPr>
            </w:pPr>
            <w:r w:rsidRPr="000978B9">
              <w:rPr>
                <w:rFonts w:cs="Times New Roman"/>
                <w:sz w:val="22"/>
              </w:rPr>
              <w:t>доц. </w:t>
            </w:r>
            <w:proofErr w:type="spellStart"/>
            <w:r w:rsidRPr="000978B9">
              <w:rPr>
                <w:rFonts w:cs="Times New Roman"/>
                <w:sz w:val="22"/>
              </w:rPr>
              <w:t>Сапицька</w:t>
            </w:r>
            <w:proofErr w:type="spellEnd"/>
            <w:r w:rsidRPr="000978B9">
              <w:rPr>
                <w:rFonts w:cs="Times New Roman"/>
                <w:sz w:val="22"/>
              </w:rPr>
              <w:t> Олена Михайлівна - завідувачка кафедри історії, археології та туризму. </w:t>
            </w:r>
          </w:p>
        </w:tc>
      </w:tr>
      <w:tr w:rsidR="009506B9" w:rsidRPr="000978B9" w14:paraId="711AC8B3" w14:textId="77777777" w:rsidTr="009506B9">
        <w:trPr>
          <w:jc w:val="center"/>
        </w:trPr>
        <w:tc>
          <w:tcPr>
            <w:tcW w:w="1261" w:type="dxa"/>
          </w:tcPr>
          <w:p w14:paraId="444A6F48" w14:textId="289C050F" w:rsidR="009506B9" w:rsidRPr="000978B9" w:rsidRDefault="009506B9" w:rsidP="000978B9">
            <w:pPr>
              <w:rPr>
                <w:rFonts w:cs="Times New Roman"/>
                <w:sz w:val="22"/>
              </w:rPr>
            </w:pPr>
            <w:r w:rsidRPr="000978B9">
              <w:rPr>
                <w:rFonts w:cs="Times New Roman"/>
                <w:sz w:val="22"/>
              </w:rPr>
              <w:t>05.05.2026 </w:t>
            </w:r>
          </w:p>
        </w:tc>
        <w:tc>
          <w:tcPr>
            <w:tcW w:w="4323" w:type="dxa"/>
          </w:tcPr>
          <w:p w14:paraId="769BE370" w14:textId="1B0769C7" w:rsidR="009506B9" w:rsidRPr="000978B9" w:rsidRDefault="009506B9" w:rsidP="000978B9">
            <w:pPr>
              <w:rPr>
                <w:rFonts w:cs="Times New Roman"/>
                <w:sz w:val="22"/>
              </w:rPr>
            </w:pPr>
            <w:r w:rsidRPr="000978B9">
              <w:rPr>
                <w:rFonts w:cs="Times New Roman"/>
                <w:sz w:val="22"/>
              </w:rPr>
              <w:t>Кураторська година по факультетах / групах </w:t>
            </w:r>
          </w:p>
        </w:tc>
        <w:tc>
          <w:tcPr>
            <w:tcW w:w="4215" w:type="dxa"/>
          </w:tcPr>
          <w:p w14:paraId="55712810" w14:textId="0671B9C2" w:rsidR="009506B9" w:rsidRPr="000978B9" w:rsidRDefault="009506B9" w:rsidP="000978B9">
            <w:pPr>
              <w:rPr>
                <w:rFonts w:cs="Times New Roman"/>
                <w:sz w:val="22"/>
              </w:rPr>
            </w:pPr>
            <w:r w:rsidRPr="000978B9">
              <w:rPr>
                <w:rFonts w:cs="Times New Roman"/>
                <w:sz w:val="22"/>
              </w:rPr>
              <w:t>Декани, куратори груп </w:t>
            </w:r>
          </w:p>
        </w:tc>
      </w:tr>
      <w:tr w:rsidR="009506B9" w:rsidRPr="000978B9" w14:paraId="0515C296" w14:textId="77777777" w:rsidTr="009506B9">
        <w:trPr>
          <w:jc w:val="center"/>
        </w:trPr>
        <w:tc>
          <w:tcPr>
            <w:tcW w:w="1261" w:type="dxa"/>
          </w:tcPr>
          <w:p w14:paraId="70F0EB9E" w14:textId="047AD89C" w:rsidR="009506B9" w:rsidRPr="000978B9" w:rsidRDefault="009506B9" w:rsidP="000978B9">
            <w:pPr>
              <w:rPr>
                <w:rFonts w:cs="Times New Roman"/>
                <w:sz w:val="22"/>
              </w:rPr>
            </w:pPr>
            <w:r w:rsidRPr="000978B9">
              <w:rPr>
                <w:rFonts w:cs="Times New Roman"/>
                <w:sz w:val="22"/>
              </w:rPr>
              <w:t>12.05.2026 </w:t>
            </w:r>
          </w:p>
        </w:tc>
        <w:tc>
          <w:tcPr>
            <w:tcW w:w="4323" w:type="dxa"/>
          </w:tcPr>
          <w:p w14:paraId="658BF1ED" w14:textId="53EFFF5F" w:rsidR="009506B9" w:rsidRPr="000978B9" w:rsidRDefault="009506B9" w:rsidP="000978B9">
            <w:pPr>
              <w:rPr>
                <w:rFonts w:cs="Times New Roman"/>
                <w:sz w:val="22"/>
              </w:rPr>
            </w:pPr>
            <w:proofErr w:type="spellStart"/>
            <w:r w:rsidRPr="000978B9">
              <w:rPr>
                <w:rFonts w:cs="Times New Roman"/>
                <w:sz w:val="22"/>
              </w:rPr>
              <w:t>Soft</w:t>
            </w:r>
            <w:proofErr w:type="spellEnd"/>
            <w:r w:rsidRPr="000978B9">
              <w:rPr>
                <w:rFonts w:cs="Times New Roman"/>
                <w:sz w:val="22"/>
              </w:rPr>
              <w:t> </w:t>
            </w:r>
            <w:proofErr w:type="spellStart"/>
            <w:r w:rsidRPr="000978B9">
              <w:rPr>
                <w:rFonts w:cs="Times New Roman"/>
                <w:sz w:val="22"/>
              </w:rPr>
              <w:t>skills</w:t>
            </w:r>
            <w:proofErr w:type="spellEnd"/>
            <w:r w:rsidRPr="000978B9">
              <w:rPr>
                <w:rFonts w:cs="Times New Roman"/>
                <w:sz w:val="22"/>
              </w:rPr>
              <w:t> - ключові навички майбутнього професіонала для працевлаштування та </w:t>
            </w:r>
            <w:proofErr w:type="spellStart"/>
            <w:r w:rsidRPr="000978B9">
              <w:rPr>
                <w:rFonts w:cs="Times New Roman"/>
                <w:sz w:val="22"/>
              </w:rPr>
              <w:t>карʼєри</w:t>
            </w:r>
            <w:proofErr w:type="spellEnd"/>
            <w:r w:rsidRPr="000978B9">
              <w:rPr>
                <w:rFonts w:cs="Times New Roman"/>
                <w:sz w:val="22"/>
              </w:rPr>
              <w:t>. </w:t>
            </w:r>
          </w:p>
        </w:tc>
        <w:tc>
          <w:tcPr>
            <w:tcW w:w="4215" w:type="dxa"/>
          </w:tcPr>
          <w:p w14:paraId="44CCEFBB" w14:textId="3924CCAF" w:rsidR="009506B9" w:rsidRPr="000978B9" w:rsidRDefault="009506B9" w:rsidP="000978B9">
            <w:pPr>
              <w:rPr>
                <w:rFonts w:cs="Times New Roman"/>
                <w:sz w:val="22"/>
              </w:rPr>
            </w:pPr>
            <w:r w:rsidRPr="000978B9">
              <w:rPr>
                <w:rFonts w:cs="Times New Roman"/>
                <w:sz w:val="22"/>
              </w:rPr>
              <w:t>Ткаченко Наталія </w:t>
            </w:r>
            <w:proofErr w:type="spellStart"/>
            <w:r w:rsidRPr="000978B9">
              <w:rPr>
                <w:rFonts w:cs="Times New Roman"/>
                <w:sz w:val="22"/>
              </w:rPr>
              <w:t>Ернстівна</w:t>
            </w:r>
            <w:proofErr w:type="spellEnd"/>
            <w:r w:rsidRPr="000978B9">
              <w:rPr>
                <w:rFonts w:cs="Times New Roman"/>
                <w:sz w:val="22"/>
              </w:rPr>
              <w:t> - доцент кафедри публічного управління, менеджменту та маркетингу. </w:t>
            </w:r>
          </w:p>
        </w:tc>
      </w:tr>
      <w:tr w:rsidR="009506B9" w:rsidRPr="000978B9" w14:paraId="2C2A8C18" w14:textId="77777777" w:rsidTr="009506B9">
        <w:trPr>
          <w:jc w:val="center"/>
        </w:trPr>
        <w:tc>
          <w:tcPr>
            <w:tcW w:w="1261" w:type="dxa"/>
          </w:tcPr>
          <w:p w14:paraId="4D9564C6" w14:textId="77D48913" w:rsidR="009506B9" w:rsidRPr="000978B9" w:rsidRDefault="009506B9" w:rsidP="000978B9">
            <w:pPr>
              <w:rPr>
                <w:rFonts w:cs="Times New Roman"/>
                <w:sz w:val="22"/>
              </w:rPr>
            </w:pPr>
            <w:r w:rsidRPr="000978B9">
              <w:rPr>
                <w:rFonts w:cs="Times New Roman"/>
                <w:sz w:val="22"/>
              </w:rPr>
              <w:t>19.05.2026 </w:t>
            </w:r>
          </w:p>
        </w:tc>
        <w:tc>
          <w:tcPr>
            <w:tcW w:w="4323" w:type="dxa"/>
          </w:tcPr>
          <w:p w14:paraId="7747F0B2" w14:textId="53CD2200" w:rsidR="009506B9" w:rsidRPr="000978B9" w:rsidRDefault="009506B9" w:rsidP="000978B9">
            <w:pPr>
              <w:rPr>
                <w:rFonts w:cs="Times New Roman"/>
                <w:sz w:val="22"/>
              </w:rPr>
            </w:pPr>
            <w:r w:rsidRPr="000978B9">
              <w:rPr>
                <w:rFonts w:cs="Times New Roman"/>
                <w:sz w:val="22"/>
              </w:rPr>
              <w:t>Гостьова онлайн-лекція Державного архіву Луганської області (м. Київ) "До Дня пам'яті жертв політичних репресій".  </w:t>
            </w:r>
          </w:p>
        </w:tc>
        <w:tc>
          <w:tcPr>
            <w:tcW w:w="4215" w:type="dxa"/>
          </w:tcPr>
          <w:p w14:paraId="1DE9C4AB" w14:textId="7F9E3E53" w:rsidR="009506B9" w:rsidRPr="000978B9" w:rsidRDefault="009506B9" w:rsidP="000978B9">
            <w:pPr>
              <w:rPr>
                <w:rFonts w:cs="Times New Roman"/>
                <w:sz w:val="22"/>
              </w:rPr>
            </w:pPr>
            <w:r w:rsidRPr="000978B9">
              <w:rPr>
                <w:rFonts w:cs="Times New Roman"/>
                <w:sz w:val="22"/>
              </w:rPr>
              <w:t>Заступник директора ДАЛО Яна </w:t>
            </w:r>
            <w:proofErr w:type="spellStart"/>
            <w:r w:rsidRPr="000978B9">
              <w:rPr>
                <w:rFonts w:cs="Times New Roman"/>
                <w:sz w:val="22"/>
              </w:rPr>
              <w:t>Силюкова</w:t>
            </w:r>
            <w:proofErr w:type="spellEnd"/>
            <w:r w:rsidRPr="000978B9">
              <w:rPr>
                <w:rFonts w:cs="Times New Roman"/>
                <w:sz w:val="22"/>
              </w:rPr>
              <w:t>; Головний спеціаліст відділу використання інформації Національного архівного фонду та взаємодії зі ЗМІ ДАЛО Анастасія </w:t>
            </w:r>
            <w:proofErr w:type="spellStart"/>
            <w:r w:rsidRPr="000978B9">
              <w:rPr>
                <w:rFonts w:cs="Times New Roman"/>
                <w:sz w:val="22"/>
              </w:rPr>
              <w:t>Коліогло</w:t>
            </w:r>
            <w:proofErr w:type="spellEnd"/>
            <w:r w:rsidRPr="000978B9">
              <w:rPr>
                <w:rFonts w:cs="Times New Roman"/>
                <w:sz w:val="22"/>
              </w:rPr>
              <w:t> </w:t>
            </w:r>
          </w:p>
        </w:tc>
      </w:tr>
      <w:tr w:rsidR="009506B9" w:rsidRPr="000978B9" w14:paraId="3122EB00" w14:textId="77777777" w:rsidTr="009506B9">
        <w:trPr>
          <w:jc w:val="center"/>
        </w:trPr>
        <w:tc>
          <w:tcPr>
            <w:tcW w:w="1261" w:type="dxa"/>
          </w:tcPr>
          <w:p w14:paraId="77783AC9" w14:textId="2F9B84C8" w:rsidR="009506B9" w:rsidRPr="000978B9" w:rsidRDefault="009506B9" w:rsidP="000978B9">
            <w:pPr>
              <w:rPr>
                <w:rFonts w:cs="Times New Roman"/>
                <w:sz w:val="22"/>
              </w:rPr>
            </w:pPr>
            <w:r w:rsidRPr="000978B9">
              <w:rPr>
                <w:rFonts w:cs="Times New Roman"/>
                <w:sz w:val="22"/>
              </w:rPr>
              <w:t>26.05.2026 </w:t>
            </w:r>
          </w:p>
        </w:tc>
        <w:tc>
          <w:tcPr>
            <w:tcW w:w="4323" w:type="dxa"/>
          </w:tcPr>
          <w:p w14:paraId="5A742ED3" w14:textId="74C9FEAB" w:rsidR="009506B9" w:rsidRPr="000978B9" w:rsidRDefault="009506B9" w:rsidP="000978B9">
            <w:pPr>
              <w:rPr>
                <w:rFonts w:cs="Times New Roman"/>
                <w:sz w:val="22"/>
              </w:rPr>
            </w:pPr>
            <w:r w:rsidRPr="000978B9">
              <w:rPr>
                <w:rFonts w:cs="Times New Roman"/>
                <w:sz w:val="22"/>
              </w:rPr>
              <w:t>Зустріч з Юрієм </w:t>
            </w:r>
            <w:proofErr w:type="spellStart"/>
            <w:r w:rsidRPr="000978B9">
              <w:rPr>
                <w:rFonts w:cs="Times New Roman"/>
                <w:sz w:val="22"/>
              </w:rPr>
              <w:t>Маніловим</w:t>
            </w:r>
            <w:proofErr w:type="spellEnd"/>
            <w:r w:rsidRPr="000978B9">
              <w:rPr>
                <w:rFonts w:cs="Times New Roman"/>
                <w:sz w:val="22"/>
              </w:rPr>
              <w:t>, керівником відділу досліджень Української академії лідерства. Проєкт «</w:t>
            </w:r>
            <w:proofErr w:type="spellStart"/>
            <w:r w:rsidRPr="000978B9">
              <w:rPr>
                <w:rFonts w:cs="Times New Roman"/>
                <w:sz w:val="22"/>
              </w:rPr>
              <w:t>Bridges</w:t>
            </w:r>
            <w:proofErr w:type="spellEnd"/>
            <w:r w:rsidRPr="000978B9">
              <w:rPr>
                <w:rFonts w:cs="Times New Roman"/>
                <w:sz w:val="22"/>
              </w:rPr>
              <w:t> </w:t>
            </w:r>
            <w:proofErr w:type="spellStart"/>
            <w:r w:rsidRPr="000978B9">
              <w:rPr>
                <w:rFonts w:cs="Times New Roman"/>
                <w:sz w:val="22"/>
              </w:rPr>
              <w:t>of</w:t>
            </w:r>
            <w:proofErr w:type="spellEnd"/>
            <w:r w:rsidRPr="000978B9">
              <w:rPr>
                <w:rFonts w:cs="Times New Roman"/>
                <w:sz w:val="22"/>
              </w:rPr>
              <w:t> </w:t>
            </w:r>
            <w:proofErr w:type="spellStart"/>
            <w:r w:rsidRPr="000978B9">
              <w:rPr>
                <w:rFonts w:cs="Times New Roman"/>
                <w:sz w:val="22"/>
              </w:rPr>
              <w:t>Trust</w:t>
            </w:r>
            <w:proofErr w:type="spellEnd"/>
            <w:r w:rsidRPr="000978B9">
              <w:rPr>
                <w:rFonts w:cs="Times New Roman"/>
                <w:sz w:val="22"/>
              </w:rPr>
              <w:t>» </w:t>
            </w:r>
          </w:p>
        </w:tc>
        <w:tc>
          <w:tcPr>
            <w:tcW w:w="4215" w:type="dxa"/>
          </w:tcPr>
          <w:p w14:paraId="36352D98" w14:textId="043BE487" w:rsidR="009506B9" w:rsidRPr="000978B9" w:rsidRDefault="009506B9" w:rsidP="000978B9">
            <w:pPr>
              <w:rPr>
                <w:rFonts w:cs="Times New Roman"/>
                <w:sz w:val="22"/>
              </w:rPr>
            </w:pPr>
            <w:r w:rsidRPr="000978B9">
              <w:rPr>
                <w:rFonts w:cs="Times New Roman"/>
                <w:sz w:val="22"/>
              </w:rPr>
              <w:t>Юрій </w:t>
            </w:r>
            <w:proofErr w:type="spellStart"/>
            <w:r w:rsidRPr="000978B9">
              <w:rPr>
                <w:rFonts w:cs="Times New Roman"/>
                <w:sz w:val="22"/>
              </w:rPr>
              <w:t>Манілов</w:t>
            </w:r>
            <w:proofErr w:type="spellEnd"/>
            <w:r w:rsidRPr="000978B9">
              <w:rPr>
                <w:rFonts w:cs="Times New Roman"/>
                <w:sz w:val="22"/>
              </w:rPr>
              <w:t>, УАЛ </w:t>
            </w:r>
          </w:p>
        </w:tc>
      </w:tr>
      <w:tr w:rsidR="009506B9" w:rsidRPr="000978B9" w14:paraId="3FA5F52A" w14:textId="77777777" w:rsidTr="009506B9">
        <w:trPr>
          <w:jc w:val="center"/>
        </w:trPr>
        <w:tc>
          <w:tcPr>
            <w:tcW w:w="1261" w:type="dxa"/>
          </w:tcPr>
          <w:p w14:paraId="06B25EBE" w14:textId="7C41AF44" w:rsidR="009506B9" w:rsidRPr="000978B9" w:rsidRDefault="009506B9" w:rsidP="000978B9">
            <w:pPr>
              <w:rPr>
                <w:rFonts w:cs="Times New Roman"/>
                <w:sz w:val="22"/>
              </w:rPr>
            </w:pPr>
            <w:r w:rsidRPr="000978B9">
              <w:rPr>
                <w:rFonts w:cs="Times New Roman"/>
                <w:sz w:val="22"/>
              </w:rPr>
              <w:t>02.06.2026 </w:t>
            </w:r>
          </w:p>
        </w:tc>
        <w:tc>
          <w:tcPr>
            <w:tcW w:w="4323" w:type="dxa"/>
          </w:tcPr>
          <w:p w14:paraId="03E944F1" w14:textId="08BAD302" w:rsidR="009506B9" w:rsidRPr="000978B9" w:rsidRDefault="009506B9" w:rsidP="000978B9">
            <w:pPr>
              <w:rPr>
                <w:rFonts w:cs="Times New Roman"/>
                <w:sz w:val="22"/>
              </w:rPr>
            </w:pPr>
            <w:r w:rsidRPr="000978B9">
              <w:rPr>
                <w:rFonts w:cs="Times New Roman"/>
                <w:sz w:val="22"/>
              </w:rPr>
              <w:t>Кураторська година по факультетах / групах </w:t>
            </w:r>
          </w:p>
        </w:tc>
        <w:tc>
          <w:tcPr>
            <w:tcW w:w="4215" w:type="dxa"/>
          </w:tcPr>
          <w:p w14:paraId="27068195" w14:textId="023D9D8A" w:rsidR="009506B9" w:rsidRPr="000978B9" w:rsidRDefault="009506B9" w:rsidP="000978B9">
            <w:pPr>
              <w:rPr>
                <w:rFonts w:cs="Times New Roman"/>
                <w:sz w:val="22"/>
              </w:rPr>
            </w:pPr>
            <w:r w:rsidRPr="000978B9">
              <w:rPr>
                <w:rFonts w:cs="Times New Roman"/>
                <w:sz w:val="22"/>
              </w:rPr>
              <w:t>Декани, куратори груп </w:t>
            </w:r>
          </w:p>
        </w:tc>
      </w:tr>
      <w:tr w:rsidR="009506B9" w:rsidRPr="000978B9" w14:paraId="4B5800C7" w14:textId="77777777" w:rsidTr="009506B9">
        <w:trPr>
          <w:jc w:val="center"/>
        </w:trPr>
        <w:tc>
          <w:tcPr>
            <w:tcW w:w="1261" w:type="dxa"/>
          </w:tcPr>
          <w:p w14:paraId="4251C672" w14:textId="7EEDAFE5" w:rsidR="009506B9" w:rsidRPr="000978B9" w:rsidRDefault="009506B9" w:rsidP="000978B9">
            <w:pPr>
              <w:rPr>
                <w:rFonts w:cs="Times New Roman"/>
                <w:sz w:val="22"/>
              </w:rPr>
            </w:pPr>
            <w:r w:rsidRPr="000978B9">
              <w:rPr>
                <w:rFonts w:cs="Times New Roman"/>
                <w:sz w:val="22"/>
              </w:rPr>
              <w:t>09.06.2026 </w:t>
            </w:r>
          </w:p>
        </w:tc>
        <w:tc>
          <w:tcPr>
            <w:tcW w:w="4323" w:type="dxa"/>
          </w:tcPr>
          <w:p w14:paraId="5636D310" w14:textId="10D17840" w:rsidR="009506B9" w:rsidRPr="000978B9" w:rsidRDefault="009506B9" w:rsidP="000978B9">
            <w:pPr>
              <w:rPr>
                <w:rFonts w:cs="Times New Roman"/>
                <w:sz w:val="22"/>
              </w:rPr>
            </w:pPr>
            <w:r w:rsidRPr="000978B9">
              <w:rPr>
                <w:rFonts w:cs="Times New Roman"/>
                <w:sz w:val="22"/>
              </w:rPr>
              <w:t>Кураторська година по факультетах / групах </w:t>
            </w:r>
          </w:p>
        </w:tc>
        <w:tc>
          <w:tcPr>
            <w:tcW w:w="4215" w:type="dxa"/>
          </w:tcPr>
          <w:p w14:paraId="104BE9E0" w14:textId="4EFEDCCF" w:rsidR="009506B9" w:rsidRPr="000978B9" w:rsidRDefault="009506B9" w:rsidP="000978B9">
            <w:pPr>
              <w:rPr>
                <w:rFonts w:cs="Times New Roman"/>
                <w:sz w:val="22"/>
              </w:rPr>
            </w:pPr>
            <w:r w:rsidRPr="000978B9">
              <w:rPr>
                <w:rFonts w:cs="Times New Roman"/>
                <w:sz w:val="22"/>
              </w:rPr>
              <w:t>Декани, куратори груп </w:t>
            </w:r>
          </w:p>
        </w:tc>
      </w:tr>
    </w:tbl>
    <w:p w14:paraId="4855E74E" w14:textId="77777777" w:rsidR="003C1143" w:rsidRPr="000978B9" w:rsidRDefault="003C1143" w:rsidP="000978B9">
      <w:pPr>
        <w:rPr>
          <w:rFonts w:cs="Times New Roman"/>
          <w:szCs w:val="24"/>
        </w:rPr>
      </w:pPr>
    </w:p>
    <w:p w14:paraId="77DA2706" w14:textId="77777777" w:rsidR="00CD19BA" w:rsidRPr="000978B9" w:rsidRDefault="00CD19BA" w:rsidP="000978B9">
      <w:pPr>
        <w:rPr>
          <w:rFonts w:cs="Times New Roman"/>
          <w:b/>
          <w:bCs/>
          <w:szCs w:val="24"/>
        </w:rPr>
      </w:pPr>
      <w:r w:rsidRPr="000978B9">
        <w:rPr>
          <w:rFonts w:cs="Times New Roman"/>
          <w:b/>
          <w:bCs/>
          <w:szCs w:val="24"/>
        </w:rPr>
        <w:t>5. Найбільш представлені теми та напрями</w:t>
      </w:r>
    </w:p>
    <w:p w14:paraId="071802ED" w14:textId="5AE2C324"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Упродовж 2023–2026 навчальних років тематика кураторських годин охоплювала широкий спектр питань, актуальних для студентської молоді та сучасного освітнього середовища.</w:t>
      </w:r>
    </w:p>
    <w:p w14:paraId="3F34E762" w14:textId="4EC4371A"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Одним із важливих напрямів була національно-патріотична та громадянська освіта. У межах кураторських годин студенти долучалися до обговорення історичних подій та пам’ятних дат, зокрема Дня Гідності та Свободи, Дня Європи, історії університету, подій російсько-української війни, окупації Криму та Луганщини, а також історії оборони Луганського аеропорту. Окрему увагу приділено збереженню історичної пам’яті та осмисленню історичного шляху України й університету.</w:t>
      </w:r>
    </w:p>
    <w:p w14:paraId="6B9D77A9" w14:textId="358E81BE"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Важливе місце посідали правова освіта та безпекова культура. Студенти отримували інформацію про безоплатну правничу допомогу, діяльність юридичної клініки «PRO BONO», соціальні та правові можливості для внутрішньо переміщених осіб, цифрові сервіси для людей, які постраждали від військових дій, а також питання безпеки в умовах війни.</w:t>
      </w:r>
    </w:p>
    <w:p w14:paraId="13047F2A" w14:textId="4CD13530" w:rsidR="00CD19BA" w:rsidRPr="000978B9" w:rsidRDefault="000978B9" w:rsidP="000978B9">
      <w:pPr>
        <w:spacing w:after="0"/>
        <w:jc w:val="both"/>
        <w:rPr>
          <w:rFonts w:cs="Times New Roman"/>
          <w:szCs w:val="24"/>
        </w:rPr>
      </w:pPr>
      <w:r>
        <w:rPr>
          <w:rFonts w:cs="Times New Roman"/>
          <w:szCs w:val="24"/>
        </w:rPr>
        <w:lastRenderedPageBreak/>
        <w:t xml:space="preserve">     </w:t>
      </w:r>
      <w:r w:rsidR="00CD19BA" w:rsidRPr="000978B9">
        <w:rPr>
          <w:rFonts w:cs="Times New Roman"/>
          <w:szCs w:val="24"/>
        </w:rPr>
        <w:t xml:space="preserve">Окремий блок становили психологічна підтримка, ментальне здоров’я та особистісний розвиток. Проводилися зустрічі, присвячені психологічній допомозі під час війни, психогігієні, емоційному та професійному вигоранню, розвитку </w:t>
      </w:r>
      <w:r w:rsidR="00CD19BA" w:rsidRPr="000978B9">
        <w:rPr>
          <w:rFonts w:cs="Times New Roman"/>
          <w:szCs w:val="24"/>
          <w:lang w:val="en-US"/>
        </w:rPr>
        <w:t>soft skills</w:t>
      </w:r>
      <w:r w:rsidR="00CD19BA" w:rsidRPr="000978B9">
        <w:rPr>
          <w:rFonts w:cs="Times New Roman"/>
          <w:szCs w:val="24"/>
        </w:rPr>
        <w:t>, дизайн-мисленню та формуванню навичок, необхідних для професійної реалізації.</w:t>
      </w:r>
    </w:p>
    <w:p w14:paraId="2E8F2FF9" w14:textId="3725D127"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Значна увага приділялася професійному розвитку та кар’єрному орієнтуванню студентів. Тематика зустрічей охоплювала можливості працевлаштування, ІТ-індустрію, інжиніринг, міжнародну академічну мобільність, вибір освітніх дисциплін, професійні навички та компетентності майбутнього фахівця.</w:t>
      </w:r>
    </w:p>
    <w:p w14:paraId="46302266" w14:textId="0752772F"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Також у межах кураторських годин систематично порушувалися питання академічної доброчесності, фінансової грамотності, здорового способу життя, волонтерства, студентського самоврядування та культурно-просвітницької роботи.</w:t>
      </w:r>
    </w:p>
    <w:p w14:paraId="3FA46CB6" w14:textId="280A8765"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Таким чином, кураторські години стали не лише інформаційним майданчиком, а й простором для розвитку практичних навичок, критичного мислення, соціальної відповідальності та активної громадянської позиції студентів.</w:t>
      </w:r>
    </w:p>
    <w:p w14:paraId="42C34F6B" w14:textId="4B18267F" w:rsidR="003C1143" w:rsidRPr="000978B9" w:rsidRDefault="003C1143" w:rsidP="000978B9">
      <w:pPr>
        <w:rPr>
          <w:rFonts w:cs="Times New Roman"/>
          <w:szCs w:val="24"/>
        </w:rPr>
      </w:pPr>
    </w:p>
    <w:p w14:paraId="215EB516" w14:textId="77777777" w:rsidR="00CD19BA" w:rsidRPr="000978B9" w:rsidRDefault="00CD19BA" w:rsidP="000978B9">
      <w:pPr>
        <w:rPr>
          <w:rFonts w:cs="Times New Roman"/>
          <w:b/>
          <w:bCs/>
          <w:szCs w:val="24"/>
        </w:rPr>
      </w:pPr>
      <w:r w:rsidRPr="000978B9">
        <w:rPr>
          <w:rFonts w:cs="Times New Roman"/>
          <w:b/>
          <w:bCs/>
          <w:szCs w:val="24"/>
        </w:rPr>
        <w:t>6. Залучення запрошених спікерів</w:t>
      </w:r>
    </w:p>
    <w:p w14:paraId="4955D7D8" w14:textId="27E9E603"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Важливою складовою</w:t>
      </w:r>
      <w:r>
        <w:rPr>
          <w:rFonts w:cs="Times New Roman"/>
          <w:szCs w:val="24"/>
        </w:rPr>
        <w:t xml:space="preserve"> </w:t>
      </w:r>
      <w:r w:rsidR="00CD19BA" w:rsidRPr="000978B9">
        <w:rPr>
          <w:rFonts w:cs="Times New Roman"/>
          <w:szCs w:val="24"/>
        </w:rPr>
        <w:t>роботи стало залучення до зустрічей фахівців університету, представників державних установ, громадських організацій, професійних спільнот, студентського самоврядування та запрошених експертів.</w:t>
      </w:r>
    </w:p>
    <w:p w14:paraId="109A50FC" w14:textId="661D164F"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У різні роки перед студентами виступали представники юридичної сфери, психологи, історики, фахівці з фінансів, працівники бібліотеки та архівних установ, представники громадських організацій, фахівці у сфері професійного розвитку й кар’єрного консультування, а також представники студентського самоврядування.</w:t>
      </w:r>
      <w:r>
        <w:rPr>
          <w:rFonts w:cs="Times New Roman"/>
          <w:szCs w:val="24"/>
        </w:rPr>
        <w:t xml:space="preserve"> </w:t>
      </w:r>
      <w:r w:rsidR="00CD19BA" w:rsidRPr="000978B9">
        <w:rPr>
          <w:rFonts w:cs="Times New Roman"/>
          <w:szCs w:val="24"/>
        </w:rPr>
        <w:t xml:space="preserve">Серед партнерів та запрошених учасників кураторських годин </w:t>
      </w:r>
      <w:r>
        <w:rPr>
          <w:rFonts w:cs="Times New Roman"/>
          <w:szCs w:val="24"/>
        </w:rPr>
        <w:t>–</w:t>
      </w:r>
      <w:r w:rsidR="00CD19BA" w:rsidRPr="000978B9">
        <w:rPr>
          <w:rFonts w:cs="Times New Roman"/>
          <w:szCs w:val="24"/>
        </w:rPr>
        <w:t xml:space="preserve"> представники юридичної клініки «PRO BONO», Державного архіву Луганської області, Української академії лідерства, «Навчай для України», Наукової бібліотеки СНУ ім. В. Даля та інших установ і організацій.</w:t>
      </w:r>
    </w:p>
    <w:p w14:paraId="0B217D49" w14:textId="076C2D95" w:rsidR="00CD19BA" w:rsidRPr="000978B9" w:rsidRDefault="000978B9" w:rsidP="000978B9">
      <w:pPr>
        <w:spacing w:after="0"/>
        <w:jc w:val="both"/>
        <w:rPr>
          <w:rFonts w:cs="Times New Roman"/>
          <w:szCs w:val="24"/>
        </w:rPr>
      </w:pPr>
      <w:r>
        <w:rPr>
          <w:rFonts w:cs="Times New Roman"/>
          <w:szCs w:val="24"/>
        </w:rPr>
        <w:t xml:space="preserve">     </w:t>
      </w:r>
      <w:r w:rsidR="00CD19BA" w:rsidRPr="000978B9">
        <w:rPr>
          <w:rFonts w:cs="Times New Roman"/>
          <w:szCs w:val="24"/>
        </w:rPr>
        <w:t>Такий формат дозволив поєднати університетське середовище з практичним досвідом фахівців та надати студентам можливість безпосередньо отримувати актуальну інформацію й ставити запитання експертам.</w:t>
      </w:r>
    </w:p>
    <w:p w14:paraId="183E0EBE" w14:textId="77777777" w:rsidR="00CD19BA" w:rsidRPr="000978B9" w:rsidRDefault="00CD19BA" w:rsidP="000978B9">
      <w:pPr>
        <w:jc w:val="both"/>
        <w:rPr>
          <w:rFonts w:cs="Times New Roman"/>
          <w:szCs w:val="24"/>
        </w:rPr>
      </w:pPr>
    </w:p>
    <w:p w14:paraId="775B5105" w14:textId="77777777" w:rsidR="00CD19BA" w:rsidRPr="000978B9" w:rsidRDefault="00CD19BA" w:rsidP="000978B9">
      <w:pPr>
        <w:rPr>
          <w:rFonts w:cs="Times New Roman"/>
          <w:b/>
          <w:bCs/>
          <w:szCs w:val="24"/>
        </w:rPr>
      </w:pPr>
      <w:r w:rsidRPr="000978B9">
        <w:rPr>
          <w:rFonts w:cs="Times New Roman"/>
          <w:b/>
          <w:bCs/>
          <w:szCs w:val="24"/>
        </w:rPr>
        <w:t>Підсумок</w:t>
      </w:r>
    </w:p>
    <w:p w14:paraId="05401D10" w14:textId="4520F3DC" w:rsidR="00CD19BA" w:rsidRPr="000978B9" w:rsidRDefault="000978B9" w:rsidP="003E6705">
      <w:pPr>
        <w:spacing w:after="0"/>
        <w:jc w:val="both"/>
        <w:rPr>
          <w:rFonts w:cs="Times New Roman"/>
          <w:szCs w:val="24"/>
        </w:rPr>
      </w:pPr>
      <w:r>
        <w:rPr>
          <w:rFonts w:cs="Times New Roman"/>
          <w:szCs w:val="24"/>
        </w:rPr>
        <w:t xml:space="preserve">     </w:t>
      </w:r>
      <w:r w:rsidR="00CD19BA" w:rsidRPr="000978B9">
        <w:rPr>
          <w:rFonts w:cs="Times New Roman"/>
          <w:szCs w:val="24"/>
        </w:rPr>
        <w:t>Упродовж 2023–2026 навчальних років кураторські години стали системною складовою виховної роботи СНУ ім. В. Даля. За цей період проведено 78 кураторських годин із залученням понад 40 спікерів, а тематика зустрічей охопила 51 напрям.</w:t>
      </w:r>
    </w:p>
    <w:p w14:paraId="07A7A630" w14:textId="49C693B6" w:rsidR="00CD19BA" w:rsidRPr="000978B9" w:rsidRDefault="003E6705" w:rsidP="003E6705">
      <w:pPr>
        <w:spacing w:after="0"/>
        <w:jc w:val="both"/>
        <w:rPr>
          <w:rFonts w:cs="Times New Roman"/>
          <w:szCs w:val="24"/>
        </w:rPr>
      </w:pPr>
      <w:r>
        <w:rPr>
          <w:rFonts w:cs="Times New Roman"/>
          <w:szCs w:val="24"/>
        </w:rPr>
        <w:t xml:space="preserve">     </w:t>
      </w:r>
      <w:r w:rsidR="00CD19BA" w:rsidRPr="000978B9">
        <w:rPr>
          <w:rFonts w:cs="Times New Roman"/>
          <w:szCs w:val="24"/>
        </w:rPr>
        <w:t>Проведені заходи були спрямовані не лише на інформування студентів, а й на створення умов для відкритого діалогу, розвитку особистісних і професійних компетентностей, формування громадянської позиції та усвідомлення ролі молоді в суспільстві.</w:t>
      </w:r>
    </w:p>
    <w:p w14:paraId="08C71D4B" w14:textId="4943D4B1" w:rsidR="00CD19BA" w:rsidRPr="000978B9" w:rsidRDefault="003E6705" w:rsidP="003E6705">
      <w:pPr>
        <w:spacing w:after="0"/>
        <w:jc w:val="both"/>
        <w:rPr>
          <w:rFonts w:cs="Times New Roman"/>
          <w:szCs w:val="24"/>
        </w:rPr>
      </w:pPr>
      <w:r>
        <w:rPr>
          <w:rFonts w:cs="Times New Roman"/>
          <w:szCs w:val="24"/>
        </w:rPr>
        <w:t xml:space="preserve">     </w:t>
      </w:r>
      <w:r w:rsidR="00CD19BA" w:rsidRPr="000978B9">
        <w:rPr>
          <w:rFonts w:cs="Times New Roman"/>
          <w:szCs w:val="24"/>
        </w:rPr>
        <w:t xml:space="preserve">Особливого значення кураторська робота набуває в умовах повномасштабної війни. Питання психологічної підтримки, безпеки, історичної пам’яті, допомоги внутрішньо </w:t>
      </w:r>
      <w:r w:rsidR="00CD19BA" w:rsidRPr="000978B9">
        <w:rPr>
          <w:rFonts w:cs="Times New Roman"/>
          <w:szCs w:val="24"/>
        </w:rPr>
        <w:lastRenderedPageBreak/>
        <w:t>переміщеним особам, волонтерства та соціальної відповідальності стали невід’ємною частиною тематичного наповнення зустрічей.</w:t>
      </w:r>
      <w:r>
        <w:rPr>
          <w:rFonts w:cs="Times New Roman"/>
          <w:szCs w:val="24"/>
        </w:rPr>
        <w:t xml:space="preserve"> </w:t>
      </w:r>
      <w:r w:rsidR="00CD19BA" w:rsidRPr="000978B9">
        <w:rPr>
          <w:rFonts w:cs="Times New Roman"/>
          <w:szCs w:val="24"/>
        </w:rPr>
        <w:t xml:space="preserve">Водночас кураторські години залишаються простором для професійного орієнтування, розвитку </w:t>
      </w:r>
      <w:proofErr w:type="spellStart"/>
      <w:r w:rsidR="00CD19BA" w:rsidRPr="000978B9">
        <w:rPr>
          <w:rFonts w:cs="Times New Roman"/>
          <w:szCs w:val="24"/>
        </w:rPr>
        <w:t>soft</w:t>
      </w:r>
      <w:proofErr w:type="spellEnd"/>
      <w:r w:rsidR="00CD19BA" w:rsidRPr="000978B9">
        <w:rPr>
          <w:rFonts w:cs="Times New Roman"/>
          <w:szCs w:val="24"/>
        </w:rPr>
        <w:t xml:space="preserve"> </w:t>
      </w:r>
      <w:proofErr w:type="spellStart"/>
      <w:r w:rsidR="00CD19BA" w:rsidRPr="000978B9">
        <w:rPr>
          <w:rFonts w:cs="Times New Roman"/>
          <w:szCs w:val="24"/>
        </w:rPr>
        <w:t>skills</w:t>
      </w:r>
      <w:proofErr w:type="spellEnd"/>
      <w:r w:rsidR="00CD19BA" w:rsidRPr="000978B9">
        <w:rPr>
          <w:rFonts w:cs="Times New Roman"/>
          <w:szCs w:val="24"/>
        </w:rPr>
        <w:t>, академічної доброчесності, фінансової грамотності, здорового способу життя та активної участі студентів у житті університету.</w:t>
      </w:r>
    </w:p>
    <w:p w14:paraId="59BB8197" w14:textId="14098F96" w:rsidR="00CD19BA" w:rsidRPr="000978B9" w:rsidRDefault="003E6705" w:rsidP="003E6705">
      <w:pPr>
        <w:spacing w:after="0"/>
        <w:jc w:val="both"/>
        <w:rPr>
          <w:rFonts w:cs="Times New Roman"/>
          <w:szCs w:val="24"/>
        </w:rPr>
      </w:pPr>
      <w:r>
        <w:rPr>
          <w:rFonts w:cs="Times New Roman"/>
          <w:szCs w:val="24"/>
        </w:rPr>
        <w:t xml:space="preserve">     </w:t>
      </w:r>
      <w:r w:rsidR="00CD19BA" w:rsidRPr="000978B9">
        <w:rPr>
          <w:rFonts w:cs="Times New Roman"/>
          <w:szCs w:val="24"/>
        </w:rPr>
        <w:t>Систематичне проведення таких зустрічей сприяє формуванню згуртованого студентського середовища, посиленню взаємодії між студентами, кураторами та університетською спільнотою й створює додаткові можливості для всебічного розвитку здобувачів вищої освіти.</w:t>
      </w:r>
    </w:p>
    <w:p w14:paraId="3393B88C" w14:textId="77777777" w:rsidR="00CD19BA" w:rsidRPr="000978B9" w:rsidRDefault="00CD19BA" w:rsidP="000978B9">
      <w:pPr>
        <w:rPr>
          <w:rFonts w:cs="Times New Roman"/>
          <w:szCs w:val="24"/>
        </w:rPr>
      </w:pPr>
    </w:p>
    <w:sectPr w:rsidR="00CD19BA" w:rsidRPr="000978B9" w:rsidSect="00034616">
      <w:footerReference w:type="default" r:id="rId8"/>
      <w:pgSz w:w="12240" w:h="15840"/>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85B3" w14:textId="77777777" w:rsidR="00091E62" w:rsidRPr="00CD19BA" w:rsidRDefault="00091E62">
      <w:pPr>
        <w:spacing w:after="0" w:line="240" w:lineRule="auto"/>
      </w:pPr>
      <w:r w:rsidRPr="00CD19BA">
        <w:separator/>
      </w:r>
    </w:p>
  </w:endnote>
  <w:endnote w:type="continuationSeparator" w:id="0">
    <w:p w14:paraId="77E09CEB" w14:textId="77777777" w:rsidR="00091E62" w:rsidRPr="00CD19BA" w:rsidRDefault="00091E62">
      <w:pPr>
        <w:spacing w:after="0" w:line="240" w:lineRule="auto"/>
      </w:pPr>
      <w:r w:rsidRPr="00CD19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9432" w14:textId="23188384" w:rsidR="003C1143" w:rsidRPr="00CD19BA" w:rsidRDefault="00CD19BA">
    <w:pPr>
      <w:pStyle w:val="a7"/>
      <w:jc w:val="center"/>
    </w:pPr>
    <w:r>
      <w:t>Відділ виховної роботи</w:t>
    </w:r>
    <w:r w:rsidR="00000000" w:rsidRPr="00CD19BA">
      <w:t xml:space="preserve"> </w:t>
    </w:r>
    <w:r>
      <w:t xml:space="preserve">                      </w:t>
    </w:r>
    <w:r w:rsidR="00000000" w:rsidRPr="00CD19BA">
      <w:t xml:space="preserve"> </w:t>
    </w:r>
    <w:r>
      <w:t xml:space="preserve">                                                           СНУ ім. В. Даля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4F304" w14:textId="77777777" w:rsidR="00091E62" w:rsidRPr="00CD19BA" w:rsidRDefault="00091E62">
      <w:pPr>
        <w:spacing w:after="0" w:line="240" w:lineRule="auto"/>
      </w:pPr>
      <w:r w:rsidRPr="00CD19BA">
        <w:separator/>
      </w:r>
    </w:p>
  </w:footnote>
  <w:footnote w:type="continuationSeparator" w:id="0">
    <w:p w14:paraId="0C8BC32D" w14:textId="77777777" w:rsidR="00091E62" w:rsidRPr="00CD19BA" w:rsidRDefault="00091E62">
      <w:pPr>
        <w:spacing w:after="0" w:line="240" w:lineRule="auto"/>
      </w:pPr>
      <w:r w:rsidRPr="00CD19B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5877371"/>
    <w:multiLevelType w:val="hybridMultilevel"/>
    <w:tmpl w:val="29BA1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7E2324A"/>
    <w:multiLevelType w:val="multilevel"/>
    <w:tmpl w:val="F3081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8190692">
    <w:abstractNumId w:val="8"/>
  </w:num>
  <w:num w:numId="2" w16cid:durableId="181863399">
    <w:abstractNumId w:val="6"/>
  </w:num>
  <w:num w:numId="3" w16cid:durableId="472872499">
    <w:abstractNumId w:val="5"/>
  </w:num>
  <w:num w:numId="4" w16cid:durableId="401877396">
    <w:abstractNumId w:val="4"/>
  </w:num>
  <w:num w:numId="5" w16cid:durableId="1194071865">
    <w:abstractNumId w:val="7"/>
  </w:num>
  <w:num w:numId="6" w16cid:durableId="1148014583">
    <w:abstractNumId w:val="3"/>
  </w:num>
  <w:num w:numId="7" w16cid:durableId="496921924">
    <w:abstractNumId w:val="2"/>
  </w:num>
  <w:num w:numId="8" w16cid:durableId="1245914765">
    <w:abstractNumId w:val="1"/>
  </w:num>
  <w:num w:numId="9" w16cid:durableId="951668181">
    <w:abstractNumId w:val="0"/>
  </w:num>
  <w:num w:numId="10" w16cid:durableId="484705847">
    <w:abstractNumId w:val="10"/>
  </w:num>
  <w:num w:numId="11" w16cid:durableId="8426249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E62"/>
    <w:rsid w:val="000978B9"/>
    <w:rsid w:val="0015074B"/>
    <w:rsid w:val="0029639D"/>
    <w:rsid w:val="00326F90"/>
    <w:rsid w:val="003C1143"/>
    <w:rsid w:val="003E297A"/>
    <w:rsid w:val="003E6705"/>
    <w:rsid w:val="007D06D0"/>
    <w:rsid w:val="009506B9"/>
    <w:rsid w:val="00A22B0D"/>
    <w:rsid w:val="00A83F80"/>
    <w:rsid w:val="00AA1D8D"/>
    <w:rsid w:val="00AF167E"/>
    <w:rsid w:val="00B47730"/>
    <w:rsid w:val="00CB0664"/>
    <w:rsid w:val="00CD19BA"/>
    <w:rsid w:val="00D5165D"/>
    <w:rsid w:val="00D738FB"/>
    <w:rsid w:val="00FC693F"/>
    <w:rsid w:val="00FD1BAF"/>
    <w:rsid w:val="00FF6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CAB9B8"/>
  <w14:defaultImageDpi w14:val="300"/>
  <w15:docId w15:val="{B2BBC5E6-224E-4FBB-B2FF-EAED99A37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lang w:val="uk-UA"/>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rmaltextrun">
    <w:name w:val="normaltextrun"/>
    <w:basedOn w:val="a2"/>
    <w:rsid w:val="00D5165D"/>
  </w:style>
  <w:style w:type="character" w:customStyle="1" w:styleId="eop">
    <w:name w:val="eop"/>
    <w:basedOn w:val="a2"/>
    <w:rsid w:val="00D5165D"/>
  </w:style>
  <w:style w:type="paragraph" w:customStyle="1" w:styleId="paragraph">
    <w:name w:val="paragraph"/>
    <w:basedOn w:val="a1"/>
    <w:rsid w:val="00D5165D"/>
    <w:pPr>
      <w:spacing w:before="100" w:beforeAutospacing="1" w:after="100" w:afterAutospacing="1" w:line="240" w:lineRule="auto"/>
    </w:pPr>
    <w:rPr>
      <w:rFonts w:eastAsia="Times New Roman" w:cs="Times New Roman"/>
      <w:szCs w:val="24"/>
      <w:lang w:val="ru-RU" w:eastAsia="ru-RU"/>
    </w:rPr>
  </w:style>
  <w:style w:type="character" w:customStyle="1" w:styleId="scxw260617935">
    <w:name w:val="scxw260617935"/>
    <w:basedOn w:val="a2"/>
    <w:rsid w:val="00D51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8</Pages>
  <Words>2523</Words>
  <Characters>14384</Characters>
  <Application>Microsoft Office Word</Application>
  <DocSecurity>0</DocSecurity>
  <Lines>119</Lines>
  <Paragraphs>33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Natalia</cp:lastModifiedBy>
  <cp:revision>7</cp:revision>
  <dcterms:created xsi:type="dcterms:W3CDTF">2013-12-23T23:15:00Z</dcterms:created>
  <dcterms:modified xsi:type="dcterms:W3CDTF">2026-08-07T08:27:00Z</dcterms:modified>
  <cp:category/>
</cp:coreProperties>
</file>